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144F8" w14:textId="77777777" w:rsidR="00940308" w:rsidRDefault="00000000">
      <w:pPr>
        <w:spacing w:before="160" w:after="0"/>
      </w:pPr>
      <w:r>
        <w:rPr>
          <w:b/>
          <w:color w:val="5B5B5B"/>
          <w:sz w:val="18"/>
        </w:rPr>
        <w:t>00:00:09 - 00:00:38</w:t>
      </w:r>
    </w:p>
    <w:p w14:paraId="710FBF7F" w14:textId="77777777" w:rsidR="00940308" w:rsidRDefault="00000000">
      <w:pPr>
        <w:spacing w:before="40" w:after="40"/>
      </w:pPr>
      <w:r>
        <w:rPr>
          <w:b/>
          <w:color w:val="203764"/>
          <w:sz w:val="22"/>
        </w:rPr>
        <w:t>Novie Craven</w:t>
      </w:r>
    </w:p>
    <w:p w14:paraId="04327070" w14:textId="77777777" w:rsidR="00940308" w:rsidRDefault="00000000">
      <w:pPr>
        <w:spacing w:after="120" w:line="259" w:lineRule="auto"/>
      </w:pPr>
      <w:r>
        <w:t>You're tuning in to Inclusion Revolution Radio. I'm your host, Novie Craven, coming to you from the studios of Podville Media, our podcast production host. Today, we're talking about college. For many people, going to college after high school feels like the next natural step. But for people with intellectual developmental disabilities, that door has not always been open. Today, we're discussing why that needs to change and meeting two people who are making it happen.</w:t>
      </w:r>
    </w:p>
    <w:p w14:paraId="1E10318F" w14:textId="77777777" w:rsidR="00940308" w:rsidRDefault="00000000">
      <w:pPr>
        <w:spacing w:before="160" w:after="0"/>
      </w:pPr>
      <w:r>
        <w:rPr>
          <w:b/>
          <w:color w:val="5B5B5B"/>
          <w:sz w:val="18"/>
        </w:rPr>
        <w:t>00:00:38 - 00:01:09</w:t>
      </w:r>
    </w:p>
    <w:p w14:paraId="6E4A0F9E" w14:textId="77777777" w:rsidR="00940308" w:rsidRDefault="00000000">
      <w:pPr>
        <w:spacing w:before="40" w:after="40"/>
      </w:pPr>
      <w:r>
        <w:rPr>
          <w:b/>
          <w:color w:val="203764"/>
          <w:sz w:val="22"/>
        </w:rPr>
        <w:t>Novie Craven</w:t>
      </w:r>
    </w:p>
    <w:p w14:paraId="2A4603FB" w14:textId="77777777" w:rsidR="00940308" w:rsidRDefault="00000000">
      <w:pPr>
        <w:spacing w:after="120" w:line="259" w:lineRule="auto"/>
      </w:pPr>
      <w:r>
        <w:t>We're first meeting Molly Shawhan, director of the VUnited Scholars Program at Villanova University. Molly has been leading and growing the program since the very beginning. The VUnited Scholars Program gives students with intellectual disabilities a full college experience, including taking classes, getting involved on campus and building careers. Molly is a Notre Dame and Villanova graduate and a lifelong, passionate runner.</w:t>
      </w:r>
    </w:p>
    <w:p w14:paraId="5B137718" w14:textId="77777777" w:rsidR="00940308" w:rsidRDefault="00000000">
      <w:pPr>
        <w:spacing w:before="160" w:after="0"/>
      </w:pPr>
      <w:r>
        <w:rPr>
          <w:b/>
          <w:color w:val="5B5B5B"/>
          <w:sz w:val="18"/>
        </w:rPr>
        <w:t>00:01:10 - 00:01:38</w:t>
      </w:r>
    </w:p>
    <w:p w14:paraId="14CCB56E" w14:textId="77777777" w:rsidR="00940308" w:rsidRDefault="00000000">
      <w:pPr>
        <w:spacing w:before="40" w:after="40"/>
      </w:pPr>
      <w:r>
        <w:rPr>
          <w:b/>
          <w:color w:val="203764"/>
          <w:sz w:val="22"/>
        </w:rPr>
        <w:t>Novie Craven</w:t>
      </w:r>
    </w:p>
    <w:p w14:paraId="0C58EB0C" w14:textId="77777777" w:rsidR="00940308" w:rsidRDefault="00000000">
      <w:pPr>
        <w:spacing w:after="120" w:line="259" w:lineRule="auto"/>
      </w:pPr>
      <w:r>
        <w:t>In 2024, she and her brother broke the Guinness World Record for the fastest marathon while pushing a wheelchair. And I think that needs a round of applause. I don't know how you did that. Can you explain a little bit how you were able to do that?</w:t>
      </w:r>
    </w:p>
    <w:p w14:paraId="4A3DD3AC" w14:textId="77777777" w:rsidR="00940308" w:rsidRDefault="00000000">
      <w:pPr>
        <w:spacing w:before="160" w:after="0"/>
      </w:pPr>
      <w:r>
        <w:rPr>
          <w:b/>
          <w:color w:val="5B5B5B"/>
          <w:sz w:val="18"/>
        </w:rPr>
        <w:t>00:01:38 - 00:02:00</w:t>
      </w:r>
    </w:p>
    <w:p w14:paraId="40EE3CAF" w14:textId="77777777" w:rsidR="00940308" w:rsidRDefault="00000000">
      <w:pPr>
        <w:spacing w:before="40" w:after="40"/>
      </w:pPr>
      <w:r>
        <w:rPr>
          <w:b/>
          <w:color w:val="203764"/>
          <w:sz w:val="22"/>
        </w:rPr>
        <w:t>Molly Shawhan</w:t>
      </w:r>
    </w:p>
    <w:p w14:paraId="0E9ADF31" w14:textId="77777777" w:rsidR="00940308" w:rsidRDefault="00000000">
      <w:pPr>
        <w:spacing w:after="120" w:line="259" w:lineRule="auto"/>
      </w:pPr>
      <w:r>
        <w:t>How we did that? So, I have an older brother who has cerebral palsy, is non-speaking and uses a wheelchair, and he's just been my light in everything that I do. And it was always a dream. After I graduated college, we started running together as duo athletes. So, he has a special racing chair, and I push him in marathons. And we always dreamed of hopefully running the Boston Marathon one day. But you have to get the same qualifying time that I would have to get just running on my own.</w:t>
      </w:r>
    </w:p>
    <w:p w14:paraId="66711791" w14:textId="77777777" w:rsidR="00940308" w:rsidRDefault="00000000">
      <w:pPr>
        <w:spacing w:before="160" w:after="0"/>
      </w:pPr>
      <w:r>
        <w:rPr>
          <w:b/>
          <w:color w:val="5B5B5B"/>
          <w:sz w:val="18"/>
        </w:rPr>
        <w:t>00:02:00 - 00:02:24</w:t>
      </w:r>
    </w:p>
    <w:p w14:paraId="1BA1FB6E" w14:textId="77777777" w:rsidR="00940308" w:rsidRDefault="00000000">
      <w:pPr>
        <w:spacing w:before="40" w:after="40"/>
      </w:pPr>
      <w:r>
        <w:rPr>
          <w:b/>
          <w:color w:val="203764"/>
          <w:sz w:val="22"/>
        </w:rPr>
        <w:t>Molly Shawhan</w:t>
      </w:r>
    </w:p>
    <w:p w14:paraId="30377810" w14:textId="77777777" w:rsidR="00940308" w:rsidRDefault="00000000">
      <w:pPr>
        <w:spacing w:after="120" w:line="259" w:lineRule="auto"/>
      </w:pPr>
      <w:r>
        <w:t>So, we trained for years and years and years, and then finally, in 2024, we qualified for Boston, and we broke a world record. I was very honored in doing so. And then we ran Boston, not this past April, but last April, together, which was a ton of fun.</w:t>
      </w:r>
    </w:p>
    <w:p w14:paraId="5B05D421" w14:textId="77777777" w:rsidR="00940308" w:rsidRDefault="00000000">
      <w:pPr>
        <w:spacing w:before="160" w:after="0"/>
      </w:pPr>
      <w:r>
        <w:rPr>
          <w:b/>
          <w:color w:val="5B5B5B"/>
          <w:sz w:val="18"/>
        </w:rPr>
        <w:t>00:02:24 - 00:02:50</w:t>
      </w:r>
    </w:p>
    <w:p w14:paraId="09A7D96C" w14:textId="77777777" w:rsidR="00940308" w:rsidRDefault="00000000">
      <w:pPr>
        <w:spacing w:before="40" w:after="40"/>
      </w:pPr>
      <w:r>
        <w:rPr>
          <w:b/>
          <w:color w:val="203764"/>
          <w:sz w:val="22"/>
        </w:rPr>
        <w:t>Novie Craven</w:t>
      </w:r>
    </w:p>
    <w:p w14:paraId="074CB923" w14:textId="77777777" w:rsidR="00940308" w:rsidRDefault="00000000">
      <w:pPr>
        <w:spacing w:after="120" w:line="259" w:lineRule="auto"/>
      </w:pPr>
      <w:r>
        <w:t>So that is, I mean, breaking a Guinness World Record. That must have been... your phone must have been blowing up like crazy.</w:t>
      </w:r>
    </w:p>
    <w:p w14:paraId="25673055" w14:textId="77777777" w:rsidR="00940308" w:rsidRDefault="00000000">
      <w:pPr>
        <w:spacing w:before="160" w:after="0"/>
      </w:pPr>
      <w:r>
        <w:rPr>
          <w:b/>
          <w:color w:val="5B5B5B"/>
          <w:sz w:val="18"/>
        </w:rPr>
        <w:t>00:02:24 - 00:02:50</w:t>
      </w:r>
    </w:p>
    <w:p w14:paraId="02B604B3" w14:textId="77777777" w:rsidR="00940308" w:rsidRDefault="00000000">
      <w:pPr>
        <w:spacing w:before="40" w:after="40"/>
      </w:pPr>
      <w:r>
        <w:rPr>
          <w:b/>
          <w:color w:val="203764"/>
          <w:sz w:val="22"/>
        </w:rPr>
        <w:t>Molly Shawhan</w:t>
      </w:r>
    </w:p>
    <w:p w14:paraId="1BDEF603" w14:textId="77777777" w:rsidR="00940308" w:rsidRDefault="00000000">
      <w:pPr>
        <w:spacing w:after="120" w:line="259" w:lineRule="auto"/>
      </w:pPr>
      <w:r>
        <w:t>We did have a lot of calls and texts from loved ones and everything. It was awesome.</w:t>
      </w:r>
    </w:p>
    <w:p w14:paraId="5390804C" w14:textId="77777777" w:rsidR="00940308" w:rsidRDefault="00000000">
      <w:pPr>
        <w:spacing w:before="160" w:after="0"/>
      </w:pPr>
      <w:r>
        <w:rPr>
          <w:b/>
          <w:color w:val="5B5B5B"/>
          <w:sz w:val="18"/>
        </w:rPr>
        <w:t>00:02:24 - 00:02:50</w:t>
      </w:r>
    </w:p>
    <w:p w14:paraId="6996BEB8" w14:textId="77777777" w:rsidR="00940308" w:rsidRDefault="00000000">
      <w:pPr>
        <w:spacing w:before="40" w:after="40"/>
      </w:pPr>
      <w:r>
        <w:rPr>
          <w:b/>
          <w:color w:val="203764"/>
          <w:sz w:val="22"/>
        </w:rPr>
        <w:t>Novie Craven</w:t>
      </w:r>
    </w:p>
    <w:p w14:paraId="571F9440" w14:textId="77777777" w:rsidR="00940308" w:rsidRDefault="00000000">
      <w:pPr>
        <w:spacing w:after="120" w:line="259" w:lineRule="auto"/>
      </w:pPr>
      <w:r>
        <w:t>That truly... I'm actually shaking. You're like a celebrity in my mind. We're also honored to be joined by Victoria Pepper, a Campus Enterprises intern at Talley Student Union on the campus of North Carolina State University.</w:t>
      </w:r>
    </w:p>
    <w:p w14:paraId="71873B4E" w14:textId="77777777" w:rsidR="00940308" w:rsidRDefault="00000000">
      <w:pPr>
        <w:spacing w:before="160" w:after="0"/>
      </w:pPr>
      <w:r>
        <w:rPr>
          <w:b/>
          <w:color w:val="5B5B5B"/>
          <w:sz w:val="18"/>
        </w:rPr>
        <w:t>00:02:50 - 00:03:27</w:t>
      </w:r>
    </w:p>
    <w:p w14:paraId="6BFB1A4A" w14:textId="77777777" w:rsidR="00940308" w:rsidRDefault="00000000">
      <w:pPr>
        <w:spacing w:before="40" w:after="40"/>
      </w:pPr>
      <w:r>
        <w:rPr>
          <w:b/>
          <w:color w:val="203764"/>
          <w:sz w:val="22"/>
        </w:rPr>
        <w:lastRenderedPageBreak/>
        <w:t>Novie Craven</w:t>
      </w:r>
    </w:p>
    <w:p w14:paraId="1B2C8BEF" w14:textId="77777777" w:rsidR="00940308" w:rsidRDefault="00000000">
      <w:pPr>
        <w:spacing w:after="120" w:line="259" w:lineRule="auto"/>
      </w:pPr>
      <w:r>
        <w:t>Victoria was diagnosed with fetal alcohol syndrome at nine months old, which has affected her short-term memory. But she has never let that hold her back. For both of us, it's amazing to see how much we really can do with everything that happened in our younger years. And definitely, I feel honored to be sitting, to be speaking to you, Victoria, about how that ties in and just being able to explain how that affects you.</w:t>
      </w:r>
    </w:p>
    <w:p w14:paraId="17011DD4" w14:textId="77777777" w:rsidR="00940308" w:rsidRDefault="00000000">
      <w:pPr>
        <w:spacing w:before="160" w:after="0"/>
      </w:pPr>
      <w:r>
        <w:rPr>
          <w:b/>
          <w:color w:val="5B5B5B"/>
          <w:sz w:val="18"/>
        </w:rPr>
        <w:t>00:03:27 - 00:03:56</w:t>
      </w:r>
    </w:p>
    <w:p w14:paraId="20E204DE" w14:textId="77777777" w:rsidR="00940308" w:rsidRDefault="00000000">
      <w:pPr>
        <w:spacing w:before="40" w:after="40"/>
      </w:pPr>
      <w:r>
        <w:rPr>
          <w:b/>
          <w:color w:val="203764"/>
          <w:sz w:val="22"/>
        </w:rPr>
        <w:t>Novie Craven</w:t>
      </w:r>
    </w:p>
    <w:p w14:paraId="19E16AA1" w14:textId="77777777" w:rsidR="00940308" w:rsidRDefault="00000000">
      <w:pPr>
        <w:spacing w:after="120" w:line="259" w:lineRule="auto"/>
      </w:pPr>
      <w:r>
        <w:t>She has made the honor roll in high school, started two student clubs and represented New Jersey at the 2022 Special Olympics USA Games. She has now graduated college with high honors. Her major is public relations with a minor in English. Welcome, Molly and Victoria, to Inclusion Revolution Radio. Molly, let's get started with you. Tell us about the VUnited Scholars Program. What is the program, and why is it so important?</w:t>
      </w:r>
    </w:p>
    <w:p w14:paraId="77C45BE1" w14:textId="77777777" w:rsidR="00940308" w:rsidRDefault="00000000">
      <w:pPr>
        <w:spacing w:before="160" w:after="0"/>
      </w:pPr>
      <w:r>
        <w:rPr>
          <w:b/>
          <w:color w:val="5B5B5B"/>
          <w:sz w:val="18"/>
        </w:rPr>
        <w:t>00:03:56 - 00:04:39</w:t>
      </w:r>
    </w:p>
    <w:p w14:paraId="4305CC30" w14:textId="77777777" w:rsidR="00940308" w:rsidRDefault="00000000">
      <w:pPr>
        <w:spacing w:before="40" w:after="40"/>
      </w:pPr>
      <w:r>
        <w:rPr>
          <w:b/>
          <w:color w:val="203764"/>
          <w:sz w:val="22"/>
        </w:rPr>
        <w:t>Molly Shawhan</w:t>
      </w:r>
    </w:p>
    <w:p w14:paraId="5077143E" w14:textId="77777777" w:rsidR="00940308" w:rsidRDefault="00000000">
      <w:pPr>
        <w:spacing w:after="120" w:line="259" w:lineRule="auto"/>
      </w:pPr>
      <w:r>
        <w:t>So, the VUnited Scholars Program was started five years ago, and it is a post-secondary program for students with intellectual disabilities. So, it's a residential certificate program through our Villanova College of Professional Studies that focuses on three main pillars of excellence. The first is academic enrichment. So, our students are all taking courses, the majority of which are program-specific seminars, where we can really gear the curriculum toward some of our long-term goals and objectives, where we can teach a course like public transportation to help our students learn how to navigate public transportation, or personal finance, to learn how to budget and pay taxes and all of those different components to have meaningful, fulfilling lives.</w:t>
      </w:r>
    </w:p>
    <w:p w14:paraId="03508151" w14:textId="77777777" w:rsidR="00940308" w:rsidRDefault="00000000">
      <w:pPr>
        <w:spacing w:before="160" w:after="0"/>
      </w:pPr>
      <w:r>
        <w:rPr>
          <w:b/>
          <w:color w:val="5B5B5B"/>
          <w:sz w:val="18"/>
        </w:rPr>
        <w:t>00:04:39 - 00:05:13</w:t>
      </w:r>
    </w:p>
    <w:p w14:paraId="427DBE64" w14:textId="77777777" w:rsidR="00940308" w:rsidRDefault="00000000">
      <w:pPr>
        <w:spacing w:before="40" w:after="40"/>
      </w:pPr>
      <w:r>
        <w:rPr>
          <w:b/>
          <w:color w:val="203764"/>
          <w:sz w:val="22"/>
        </w:rPr>
        <w:t>Molly Shawhan</w:t>
      </w:r>
    </w:p>
    <w:p w14:paraId="6CFDE47C" w14:textId="77777777" w:rsidR="00940308" w:rsidRDefault="00000000">
      <w:pPr>
        <w:spacing w:after="120" w:line="259" w:lineRule="auto"/>
      </w:pPr>
      <w:r>
        <w:t>Then, we can teach courses on career development and work on resumes and cover letters and vocational aspirations. Our second pillar is campus engagement, where our students are able to join and be integrated into anything and everything that Villanova has to offer. So, we've had students who have gone abroad for service trips. We've had students who have sung with the choir in the Vatican in Rome, and then we've had students who are in pickleball club or cooking club or Italian club or art club, whatever they're interested in and passionate about.</w:t>
      </w:r>
    </w:p>
    <w:p w14:paraId="633357F0" w14:textId="77777777" w:rsidR="00940308" w:rsidRDefault="00000000">
      <w:pPr>
        <w:spacing w:before="160" w:after="0"/>
      </w:pPr>
      <w:r>
        <w:rPr>
          <w:b/>
          <w:color w:val="5B5B5B"/>
          <w:sz w:val="18"/>
        </w:rPr>
        <w:t>00:05:13 - 00:05:36</w:t>
      </w:r>
    </w:p>
    <w:p w14:paraId="43C18BCC" w14:textId="77777777" w:rsidR="00940308" w:rsidRDefault="00000000">
      <w:pPr>
        <w:spacing w:before="40" w:after="40"/>
      </w:pPr>
      <w:r>
        <w:rPr>
          <w:b/>
          <w:color w:val="203764"/>
          <w:sz w:val="22"/>
        </w:rPr>
        <w:t>Molly Shawhan</w:t>
      </w:r>
    </w:p>
    <w:p w14:paraId="731CE361" w14:textId="77777777" w:rsidR="00940308" w:rsidRDefault="00000000">
      <w:pPr>
        <w:spacing w:after="120" w:line="259" w:lineRule="auto"/>
      </w:pPr>
      <w:r>
        <w:t>And then, through our campus engagement pillar, we ourselves operate two campus clubs. So, we have a mentorship club where we have a bidirectional mentorship with our students and their peers across campus, where they can go to events and activities together. We throw events ourselves. They'll go get a meal together, they'll go get coffee together, they'll go to the student gym together.</w:t>
      </w:r>
    </w:p>
    <w:p w14:paraId="364BEB03" w14:textId="77777777" w:rsidR="00940308" w:rsidRDefault="00000000">
      <w:pPr>
        <w:spacing w:before="160" w:after="0"/>
      </w:pPr>
      <w:r>
        <w:rPr>
          <w:b/>
          <w:color w:val="5B5B5B"/>
          <w:sz w:val="18"/>
        </w:rPr>
        <w:t>00:05:36 - 00:06:00</w:t>
      </w:r>
    </w:p>
    <w:p w14:paraId="1983A5CA" w14:textId="77777777" w:rsidR="00940308" w:rsidRDefault="00000000">
      <w:pPr>
        <w:spacing w:before="40" w:after="40"/>
      </w:pPr>
      <w:r>
        <w:rPr>
          <w:b/>
          <w:color w:val="203764"/>
          <w:sz w:val="22"/>
        </w:rPr>
        <w:t>Molly Shawhan</w:t>
      </w:r>
    </w:p>
    <w:p w14:paraId="6A7BE5BC" w14:textId="77777777" w:rsidR="00940308" w:rsidRDefault="00000000">
      <w:pPr>
        <w:spacing w:after="120" w:line="259" w:lineRule="auto"/>
      </w:pPr>
      <w:r>
        <w:t>They'll work on homework together, whatever it may be. And then, we also have my personal favorite, a Unified Sports club. So, our Unified Sports club is with Villanova, and they hadn't had a new club sport in a long time. And we came about, and we do Special Olympics Unified, and it's just the most inclusive, integrated experience where our students practice and compete.</w:t>
      </w:r>
    </w:p>
    <w:p w14:paraId="2E2955B5" w14:textId="77777777" w:rsidR="00940308" w:rsidRDefault="00000000">
      <w:pPr>
        <w:spacing w:before="160" w:after="0"/>
      </w:pPr>
      <w:r>
        <w:rPr>
          <w:b/>
          <w:color w:val="5B5B5B"/>
          <w:sz w:val="18"/>
        </w:rPr>
        <w:t>00:06:00 - 00:06:30</w:t>
      </w:r>
    </w:p>
    <w:p w14:paraId="02C9D6A0" w14:textId="77777777" w:rsidR="00940308" w:rsidRDefault="00000000">
      <w:pPr>
        <w:spacing w:before="40" w:after="40"/>
      </w:pPr>
      <w:r>
        <w:rPr>
          <w:b/>
          <w:color w:val="203764"/>
          <w:sz w:val="22"/>
        </w:rPr>
        <w:t>Molly Shawhan</w:t>
      </w:r>
    </w:p>
    <w:p w14:paraId="143B71BF" w14:textId="77777777" w:rsidR="00940308" w:rsidRDefault="00000000">
      <w:pPr>
        <w:spacing w:after="120" w:line="259" w:lineRule="auto"/>
      </w:pPr>
      <w:r>
        <w:t xml:space="preserve">We did soccer this past fall as our Unified sport, and then in the spring, we've been playing basketball. We played in our Special Olympics Fall Festival at Villanova, which was amazing for soccer. Our students won gold </w:t>
      </w:r>
      <w:r>
        <w:lastRenderedPageBreak/>
        <w:t>and silver in that. And then our final pillar is career development. So, we have a huge focus on helping our students grow and learn and just become integrated in employment opportunities on campus and in the community.</w:t>
      </w:r>
    </w:p>
    <w:p w14:paraId="47877A04" w14:textId="77777777" w:rsidR="00940308" w:rsidRDefault="00000000">
      <w:pPr>
        <w:spacing w:before="160" w:after="0"/>
      </w:pPr>
      <w:r>
        <w:rPr>
          <w:b/>
          <w:color w:val="5B5B5B"/>
          <w:sz w:val="18"/>
        </w:rPr>
        <w:t>00:06:30 - 00:06:52</w:t>
      </w:r>
    </w:p>
    <w:p w14:paraId="3360BCD4" w14:textId="77777777" w:rsidR="00940308" w:rsidRDefault="00000000">
      <w:pPr>
        <w:spacing w:before="40" w:after="40"/>
      </w:pPr>
      <w:r>
        <w:rPr>
          <w:b/>
          <w:color w:val="203764"/>
          <w:sz w:val="22"/>
        </w:rPr>
        <w:t>Molly Shawhan</w:t>
      </w:r>
    </w:p>
    <w:p w14:paraId="2138CE89" w14:textId="77777777" w:rsidR="00940308" w:rsidRDefault="00000000">
      <w:pPr>
        <w:spacing w:after="120" w:line="259" w:lineRule="auto"/>
      </w:pPr>
      <w:r>
        <w:t>So, all of our students have internships in fields that they're really passionate about, and they can pursue what they are dreaming about doing vocationally. So, it's been great to see our students in all of those different realms.</w:t>
      </w:r>
    </w:p>
    <w:p w14:paraId="1B58161E" w14:textId="77777777" w:rsidR="00940308" w:rsidRDefault="00000000">
      <w:pPr>
        <w:spacing w:before="160" w:after="0"/>
      </w:pPr>
      <w:r>
        <w:rPr>
          <w:b/>
          <w:color w:val="5B5B5B"/>
          <w:sz w:val="18"/>
        </w:rPr>
        <w:t>00:06:52 - 00:07:15</w:t>
      </w:r>
    </w:p>
    <w:p w14:paraId="1D554728" w14:textId="77777777" w:rsidR="00940308" w:rsidRDefault="00000000">
      <w:pPr>
        <w:spacing w:before="40" w:after="40"/>
      </w:pPr>
      <w:r>
        <w:rPr>
          <w:b/>
          <w:color w:val="203764"/>
          <w:sz w:val="22"/>
        </w:rPr>
        <w:t>Novie Craven</w:t>
      </w:r>
    </w:p>
    <w:p w14:paraId="6B977D3B" w14:textId="77777777" w:rsidR="00940308" w:rsidRDefault="00000000">
      <w:pPr>
        <w:spacing w:after="120" w:line="259" w:lineRule="auto"/>
      </w:pPr>
      <w:r>
        <w:t>You know, when we used to have bocce at American University, everybody likes to be on campus, even if you don't go to college straight out of high school. I still am connected with some of the students that we did bocce with at American. They're just really, really, really into the passion about inclusion because they were just like, ‘Oh, if you don't know, we like that.’ Some of them didn't know how to play bocce. Us athletes will teach you how to play a sport.</w:t>
      </w:r>
    </w:p>
    <w:p w14:paraId="2DAC2703" w14:textId="77777777" w:rsidR="00940308" w:rsidRDefault="00000000">
      <w:pPr>
        <w:spacing w:before="160" w:after="0"/>
      </w:pPr>
      <w:r>
        <w:rPr>
          <w:b/>
          <w:color w:val="5B5B5B"/>
          <w:sz w:val="18"/>
        </w:rPr>
        <w:t>00:07:15 - 00:07:31</w:t>
      </w:r>
    </w:p>
    <w:p w14:paraId="40616B31" w14:textId="77777777" w:rsidR="00940308" w:rsidRDefault="00000000">
      <w:pPr>
        <w:spacing w:before="40" w:after="40"/>
      </w:pPr>
      <w:r>
        <w:rPr>
          <w:b/>
          <w:color w:val="203764"/>
          <w:sz w:val="22"/>
        </w:rPr>
        <w:t>Novie Craven</w:t>
      </w:r>
    </w:p>
    <w:p w14:paraId="745A0D1E" w14:textId="77777777" w:rsidR="00940308" w:rsidRDefault="00000000">
      <w:pPr>
        <w:spacing w:after="120" w:line="259" w:lineRule="auto"/>
      </w:pPr>
      <w:r>
        <w:t>It doesn't matter. It does not matter if you know how to play a sport or if you don't know how to play a sport. Us athletes will teach you how to play a sport. And it doesn't matter if you're really good at sports. The big part of it is that we come together as one.</w:t>
      </w:r>
    </w:p>
    <w:p w14:paraId="3DB61B54" w14:textId="77777777" w:rsidR="00940308" w:rsidRDefault="00000000">
      <w:pPr>
        <w:spacing w:before="160" w:after="0"/>
      </w:pPr>
      <w:r>
        <w:rPr>
          <w:b/>
          <w:color w:val="5B5B5B"/>
          <w:sz w:val="18"/>
        </w:rPr>
        <w:t>00:07:31 - 00:07:55</w:t>
      </w:r>
    </w:p>
    <w:p w14:paraId="0E4340DB" w14:textId="77777777" w:rsidR="00940308" w:rsidRDefault="00000000">
      <w:pPr>
        <w:spacing w:before="40" w:after="40"/>
      </w:pPr>
      <w:r>
        <w:rPr>
          <w:b/>
          <w:color w:val="203764"/>
          <w:sz w:val="22"/>
        </w:rPr>
        <w:t>Novie Craven</w:t>
      </w:r>
    </w:p>
    <w:p w14:paraId="451BD525" w14:textId="77777777" w:rsidR="00940308" w:rsidRDefault="00000000">
      <w:pPr>
        <w:spacing w:after="120" w:line="259" w:lineRule="auto"/>
      </w:pPr>
      <w:r>
        <w:t>Victoria, you have been on a long journey. Being a student was challenging, but you finished college with honors. What helped you keep going when things were hard?</w:t>
      </w:r>
    </w:p>
    <w:p w14:paraId="57CCC023" w14:textId="77777777" w:rsidR="00940308" w:rsidRDefault="00000000">
      <w:pPr>
        <w:spacing w:before="160" w:after="0"/>
      </w:pPr>
      <w:r>
        <w:rPr>
          <w:b/>
          <w:color w:val="5B5B5B"/>
          <w:sz w:val="18"/>
        </w:rPr>
        <w:t>00:07:31 - 00:07:55</w:t>
      </w:r>
    </w:p>
    <w:p w14:paraId="64F3D46E" w14:textId="77777777" w:rsidR="00940308" w:rsidRDefault="00000000">
      <w:pPr>
        <w:spacing w:before="40" w:after="40"/>
      </w:pPr>
      <w:r>
        <w:rPr>
          <w:b/>
          <w:color w:val="203764"/>
          <w:sz w:val="22"/>
        </w:rPr>
        <w:t>Victoria Pepper</w:t>
      </w:r>
    </w:p>
    <w:p w14:paraId="7929785E" w14:textId="77777777" w:rsidR="00940308" w:rsidRDefault="00000000">
      <w:pPr>
        <w:spacing w:after="120" w:line="259" w:lineRule="auto"/>
      </w:pPr>
      <w:r>
        <w:t>Well, thank you again for having me. It's been a pleasure. I would say that coming to school, having a great support system is a very big aspect of my life.</w:t>
      </w:r>
    </w:p>
    <w:p w14:paraId="46FBAA61" w14:textId="77777777" w:rsidR="00940308" w:rsidRDefault="00000000">
      <w:pPr>
        <w:spacing w:before="160" w:after="0"/>
      </w:pPr>
      <w:r>
        <w:rPr>
          <w:b/>
          <w:color w:val="5B5B5B"/>
          <w:sz w:val="18"/>
        </w:rPr>
        <w:t>00:07:55 - 00:08:19</w:t>
      </w:r>
    </w:p>
    <w:p w14:paraId="3FC42B39" w14:textId="77777777" w:rsidR="00940308" w:rsidRDefault="00000000">
      <w:pPr>
        <w:spacing w:before="40" w:after="40"/>
      </w:pPr>
      <w:r>
        <w:rPr>
          <w:b/>
          <w:color w:val="203764"/>
          <w:sz w:val="22"/>
        </w:rPr>
        <w:t>Victoria Pepper</w:t>
      </w:r>
    </w:p>
    <w:p w14:paraId="63BAF755" w14:textId="77777777" w:rsidR="00940308" w:rsidRDefault="00000000">
      <w:pPr>
        <w:spacing w:after="120" w:line="259" w:lineRule="auto"/>
      </w:pPr>
      <w:r>
        <w:t>I've always loved talking to and meeting new people to figure out where I belonged in that support system, so that's a big milestone for me. But also, I'm a person who always asks questions and always wants to get that clarification on something that I thought was confusing so that I could thrive in the real world.</w:t>
      </w:r>
    </w:p>
    <w:p w14:paraId="16AF589D" w14:textId="77777777" w:rsidR="00940308" w:rsidRDefault="00000000">
      <w:pPr>
        <w:spacing w:before="160" w:after="0"/>
      </w:pPr>
      <w:r>
        <w:rPr>
          <w:b/>
          <w:color w:val="5B5B5B"/>
          <w:sz w:val="18"/>
        </w:rPr>
        <w:t>00:08:19 - 00:08:41</w:t>
      </w:r>
    </w:p>
    <w:p w14:paraId="5FE7459E" w14:textId="77777777" w:rsidR="00940308" w:rsidRDefault="00000000">
      <w:pPr>
        <w:spacing w:before="40" w:after="40"/>
      </w:pPr>
      <w:r>
        <w:rPr>
          <w:b/>
          <w:color w:val="203764"/>
          <w:sz w:val="22"/>
        </w:rPr>
        <w:t>Novie Craven</w:t>
      </w:r>
    </w:p>
    <w:p w14:paraId="46669C49" w14:textId="77777777" w:rsidR="00940308" w:rsidRDefault="00000000">
      <w:pPr>
        <w:spacing w:after="120" w:line="259" w:lineRule="auto"/>
      </w:pPr>
      <w:r>
        <w:t>That's a great answer. Molly, it took a while for college to be a choice for students with intellectual disabilities. What do schools still need to do better to welcome this group of students?</w:t>
      </w:r>
    </w:p>
    <w:p w14:paraId="698666D9" w14:textId="77777777" w:rsidR="00940308" w:rsidRDefault="00000000">
      <w:pPr>
        <w:spacing w:before="160" w:after="0"/>
      </w:pPr>
      <w:r>
        <w:rPr>
          <w:b/>
          <w:color w:val="5B5B5B"/>
          <w:sz w:val="18"/>
        </w:rPr>
        <w:t>00:08:19 - 00:08:41</w:t>
      </w:r>
    </w:p>
    <w:p w14:paraId="642473DD" w14:textId="77777777" w:rsidR="00940308" w:rsidRDefault="00000000">
      <w:pPr>
        <w:spacing w:before="40" w:after="40"/>
      </w:pPr>
      <w:r>
        <w:rPr>
          <w:b/>
          <w:color w:val="203764"/>
          <w:sz w:val="22"/>
        </w:rPr>
        <w:t>Molly Shawhan</w:t>
      </w:r>
    </w:p>
    <w:p w14:paraId="657DC7BD" w14:textId="77777777" w:rsidR="00940308" w:rsidRDefault="00000000">
      <w:pPr>
        <w:spacing w:after="120" w:line="259" w:lineRule="auto"/>
      </w:pPr>
      <w:r>
        <w:t>That's a great question. So, as of right now, there's just over 360 colleges and universities that have programs like ours at Villanova, which is a great start, I would say.</w:t>
      </w:r>
    </w:p>
    <w:p w14:paraId="2564916D" w14:textId="77777777" w:rsidR="00940308" w:rsidRDefault="00000000">
      <w:pPr>
        <w:spacing w:before="160" w:after="0"/>
      </w:pPr>
      <w:r>
        <w:rPr>
          <w:b/>
          <w:color w:val="5B5B5B"/>
          <w:sz w:val="18"/>
        </w:rPr>
        <w:t>00:08:41 - 00:09:12</w:t>
      </w:r>
    </w:p>
    <w:p w14:paraId="1E2BCE6D" w14:textId="77777777" w:rsidR="00940308" w:rsidRDefault="00000000">
      <w:pPr>
        <w:spacing w:before="40" w:after="40"/>
      </w:pPr>
      <w:r>
        <w:rPr>
          <w:b/>
          <w:color w:val="203764"/>
          <w:sz w:val="22"/>
        </w:rPr>
        <w:lastRenderedPageBreak/>
        <w:t>Molly Shawhan</w:t>
      </w:r>
    </w:p>
    <w:p w14:paraId="119AFE8C" w14:textId="77777777" w:rsidR="00940308" w:rsidRDefault="00000000">
      <w:pPr>
        <w:spacing w:after="120" w:line="259" w:lineRule="auto"/>
      </w:pPr>
      <w:r>
        <w:t>But if you think of it, there's almost 4,000 colleges and universities in the United States. So that's, you know, less than 1%. The doors have to be open for students who want to have a full, integrated, meaningful college experience. There has to be that opportunity available to them. And I'm just so grateful that Villanova has opened those doors to our students, and not just for the ways that it's changed our students' lives and helped them become the people that they have grown to be.</w:t>
      </w:r>
    </w:p>
    <w:p w14:paraId="0223F743" w14:textId="77777777" w:rsidR="00940308" w:rsidRDefault="00000000">
      <w:pPr>
        <w:spacing w:before="160" w:after="0"/>
      </w:pPr>
      <w:r>
        <w:rPr>
          <w:b/>
          <w:color w:val="5B5B5B"/>
          <w:sz w:val="18"/>
        </w:rPr>
        <w:t>00:09:12 - 00:09:46</w:t>
      </w:r>
    </w:p>
    <w:p w14:paraId="38D173DF" w14:textId="77777777" w:rsidR="00940308" w:rsidRDefault="00000000">
      <w:pPr>
        <w:spacing w:before="40" w:after="40"/>
      </w:pPr>
      <w:r>
        <w:rPr>
          <w:b/>
          <w:color w:val="203764"/>
          <w:sz w:val="22"/>
        </w:rPr>
        <w:t>Molly Shawhan</w:t>
      </w:r>
    </w:p>
    <w:p w14:paraId="56570422" w14:textId="77777777" w:rsidR="00940308" w:rsidRDefault="00000000">
      <w:pPr>
        <w:spacing w:after="120" w:line="259" w:lineRule="auto"/>
      </w:pPr>
      <w:r>
        <w:t>You know, I just think that opportunity to have that full college experience and that full integration and inclusion is really transformational for the university and the college that is doing so, as well as obviously the students who are participating in it. So, yes, there's obviously definitely room for growth, but, you know, really, really grateful. And I just think the world of these schools that have started to pave this path and have been able to provide these opportunities for people.</w:t>
      </w:r>
    </w:p>
    <w:p w14:paraId="63468030" w14:textId="77777777" w:rsidR="00940308" w:rsidRDefault="00000000">
      <w:pPr>
        <w:spacing w:before="160" w:after="0"/>
      </w:pPr>
      <w:r>
        <w:rPr>
          <w:b/>
          <w:color w:val="5B5B5B"/>
          <w:sz w:val="18"/>
        </w:rPr>
        <w:t>00:09:46 - 00:10:08</w:t>
      </w:r>
    </w:p>
    <w:p w14:paraId="22B0AA99" w14:textId="77777777" w:rsidR="00940308" w:rsidRDefault="00000000">
      <w:pPr>
        <w:spacing w:before="40" w:after="40"/>
      </w:pPr>
      <w:r>
        <w:rPr>
          <w:b/>
          <w:color w:val="203764"/>
          <w:sz w:val="22"/>
        </w:rPr>
        <w:t>Novie Craven</w:t>
      </w:r>
    </w:p>
    <w:p w14:paraId="6E8D7E67" w14:textId="77777777" w:rsidR="00940308" w:rsidRDefault="00000000">
      <w:pPr>
        <w:spacing w:after="120" w:line="259" w:lineRule="auto"/>
      </w:pPr>
      <w:r>
        <w:t>Molly, what helps make a school feel friendly and welcoming to everyone?</w:t>
      </w:r>
    </w:p>
    <w:p w14:paraId="453738EB" w14:textId="77777777" w:rsidR="00940308" w:rsidRDefault="00000000">
      <w:pPr>
        <w:spacing w:before="160" w:after="0"/>
      </w:pPr>
      <w:r>
        <w:rPr>
          <w:b/>
          <w:color w:val="5B5B5B"/>
          <w:sz w:val="18"/>
        </w:rPr>
        <w:t>00:09:46 - 00:10:08</w:t>
      </w:r>
    </w:p>
    <w:p w14:paraId="728F60D1" w14:textId="77777777" w:rsidR="00940308" w:rsidRDefault="00000000">
      <w:pPr>
        <w:spacing w:before="40" w:after="40"/>
      </w:pPr>
      <w:r>
        <w:rPr>
          <w:b/>
          <w:color w:val="203764"/>
          <w:sz w:val="22"/>
        </w:rPr>
        <w:t>Molly Shawhan</w:t>
      </w:r>
    </w:p>
    <w:p w14:paraId="01821CC7" w14:textId="77777777" w:rsidR="00940308" w:rsidRDefault="00000000">
      <w:pPr>
        <w:spacing w:after="120" w:line="259" w:lineRule="auto"/>
      </w:pPr>
      <w:r>
        <w:t>So, one thing I love about Villanova is the second that our students step on campus, they're integrated into everything that Villanova has going on. So, our students come in, and they start right away in first-year orientation, where they're in orientation groups. They're going around campus, learning all about what Villanova has to offer.</w:t>
      </w:r>
    </w:p>
    <w:p w14:paraId="7796B284" w14:textId="77777777" w:rsidR="00940308" w:rsidRDefault="00000000">
      <w:pPr>
        <w:spacing w:before="160" w:after="0"/>
      </w:pPr>
      <w:r>
        <w:rPr>
          <w:b/>
          <w:color w:val="5B5B5B"/>
          <w:sz w:val="18"/>
        </w:rPr>
        <w:t>00:10:08 - 00:10:45</w:t>
      </w:r>
    </w:p>
    <w:p w14:paraId="6B4B62F2" w14:textId="77777777" w:rsidR="00940308" w:rsidRDefault="00000000">
      <w:pPr>
        <w:spacing w:before="40" w:after="40"/>
      </w:pPr>
      <w:r>
        <w:rPr>
          <w:b/>
          <w:color w:val="203764"/>
          <w:sz w:val="22"/>
        </w:rPr>
        <w:t>Molly Shawhan</w:t>
      </w:r>
    </w:p>
    <w:p w14:paraId="461FBFFF" w14:textId="77777777" w:rsidR="00940308" w:rsidRDefault="00000000">
      <w:pPr>
        <w:spacing w:after="120" w:line="259" w:lineRule="auto"/>
      </w:pPr>
      <w:r>
        <w:t>And I think when you have a place that is really dedicated to making every individual on campus feel valued, feel respected, feel loved and heard, that's what creates that place where everyone feels and truly does belong and makes Villanova home for our students. And that comes, you know, in large part from their friends and their peers across campus that they meet from day one, to their Unified partners, to their professors, internship supervisors, administration, faculty and staff for their courses and everything as well.</w:t>
      </w:r>
    </w:p>
    <w:p w14:paraId="4B156AA2" w14:textId="77777777" w:rsidR="00940308" w:rsidRDefault="00000000">
      <w:pPr>
        <w:spacing w:before="160" w:after="0"/>
      </w:pPr>
      <w:r>
        <w:rPr>
          <w:b/>
          <w:color w:val="5B5B5B"/>
          <w:sz w:val="18"/>
        </w:rPr>
        <w:t>00:10:45 - 00:11:14</w:t>
      </w:r>
    </w:p>
    <w:p w14:paraId="0FA8B042" w14:textId="77777777" w:rsidR="00940308" w:rsidRDefault="00000000">
      <w:pPr>
        <w:spacing w:before="40" w:after="40"/>
      </w:pPr>
      <w:r>
        <w:rPr>
          <w:b/>
          <w:color w:val="203764"/>
          <w:sz w:val="22"/>
        </w:rPr>
        <w:t>Molly Shawhan</w:t>
      </w:r>
    </w:p>
    <w:p w14:paraId="557E7A90" w14:textId="77777777" w:rsidR="00940308" w:rsidRDefault="00000000">
      <w:pPr>
        <w:spacing w:after="120" w:line="259" w:lineRule="auto"/>
      </w:pPr>
      <w:r>
        <w:t>So that, I think, is unmatched when it comes to just having that full, holistic college experience.</w:t>
      </w:r>
    </w:p>
    <w:p w14:paraId="7030D50E" w14:textId="77777777" w:rsidR="00940308" w:rsidRDefault="00000000">
      <w:pPr>
        <w:spacing w:before="160" w:after="0"/>
      </w:pPr>
      <w:r>
        <w:rPr>
          <w:b/>
          <w:color w:val="5B5B5B"/>
          <w:sz w:val="18"/>
        </w:rPr>
        <w:t>00:10:45 - 00:11:14</w:t>
      </w:r>
    </w:p>
    <w:p w14:paraId="1C6A65C3" w14:textId="77777777" w:rsidR="00940308" w:rsidRDefault="00000000">
      <w:pPr>
        <w:spacing w:before="40" w:after="40"/>
      </w:pPr>
      <w:r>
        <w:rPr>
          <w:b/>
          <w:color w:val="203764"/>
          <w:sz w:val="22"/>
        </w:rPr>
        <w:t>Novie Craven</w:t>
      </w:r>
    </w:p>
    <w:p w14:paraId="38CE9E11" w14:textId="77777777" w:rsidR="00940308" w:rsidRDefault="00000000">
      <w:pPr>
        <w:spacing w:after="120" w:line="259" w:lineRule="auto"/>
      </w:pPr>
      <w:r>
        <w:t>Are they able to stay there? Do they have their own dorms?</w:t>
      </w:r>
    </w:p>
    <w:p w14:paraId="6992BCCD" w14:textId="77777777" w:rsidR="00940308" w:rsidRDefault="00000000">
      <w:pPr>
        <w:spacing w:before="160" w:after="0"/>
      </w:pPr>
      <w:r>
        <w:rPr>
          <w:b/>
          <w:color w:val="5B5B5B"/>
          <w:sz w:val="18"/>
        </w:rPr>
        <w:t>00:10:45 - 00:11:14</w:t>
      </w:r>
    </w:p>
    <w:p w14:paraId="3D620161" w14:textId="77777777" w:rsidR="00940308" w:rsidRDefault="00000000">
      <w:pPr>
        <w:spacing w:before="40" w:after="40"/>
      </w:pPr>
      <w:r>
        <w:rPr>
          <w:b/>
          <w:color w:val="203764"/>
          <w:sz w:val="22"/>
        </w:rPr>
        <w:t>Molly Shawhan</w:t>
      </w:r>
    </w:p>
    <w:p w14:paraId="73DBB835" w14:textId="77777777" w:rsidR="00940308" w:rsidRDefault="00000000">
      <w:pPr>
        <w:spacing w:after="120" w:line="259" w:lineRule="auto"/>
      </w:pPr>
      <w:r>
        <w:t>Correct. Our students live in Saint Mary's Hall, which is a traditional dorm. It's actually... Villanova now has an Augustinian who's a pope.</w:t>
      </w:r>
    </w:p>
    <w:p w14:paraId="4F36BE84" w14:textId="77777777" w:rsidR="00940308" w:rsidRDefault="00000000">
      <w:pPr>
        <w:spacing w:before="160" w:after="0"/>
      </w:pPr>
      <w:r>
        <w:rPr>
          <w:b/>
          <w:color w:val="5B5B5B"/>
          <w:sz w:val="18"/>
        </w:rPr>
        <w:t>00:11:14 - 00:11:40</w:t>
      </w:r>
    </w:p>
    <w:p w14:paraId="0237B223" w14:textId="77777777" w:rsidR="00940308" w:rsidRDefault="00000000">
      <w:pPr>
        <w:spacing w:before="40" w:after="40"/>
      </w:pPr>
      <w:r>
        <w:rPr>
          <w:b/>
          <w:color w:val="203764"/>
          <w:sz w:val="22"/>
        </w:rPr>
        <w:t>Molly Shawhan</w:t>
      </w:r>
    </w:p>
    <w:p w14:paraId="2DB99693" w14:textId="77777777" w:rsidR="00940308" w:rsidRDefault="00000000">
      <w:pPr>
        <w:spacing w:after="120" w:line="259" w:lineRule="auto"/>
      </w:pPr>
      <w:r>
        <w:lastRenderedPageBreak/>
        <w:t>So, Pope Leo went to Villanova, and Pope Leo lived in Saint Mary's Hall as well. So, our students do live on campus and everything as well. And they also have the opportunity to audit or take four-credit courses within the wider undergraduate catalog with other undergraduate students at Villanova. So that's awesome for our students to be integrated in the classroom, in the dorms, in their clubs, extracurriculars, everything.</w:t>
      </w:r>
    </w:p>
    <w:p w14:paraId="43D23F2D" w14:textId="77777777" w:rsidR="00940308" w:rsidRDefault="00000000">
      <w:pPr>
        <w:spacing w:before="160" w:after="0"/>
      </w:pPr>
      <w:r>
        <w:rPr>
          <w:b/>
          <w:color w:val="5B5B5B"/>
          <w:sz w:val="18"/>
        </w:rPr>
        <w:t>00:11:40 - 00:12:10</w:t>
      </w:r>
    </w:p>
    <w:p w14:paraId="73CE6D8C" w14:textId="77777777" w:rsidR="00940308" w:rsidRDefault="00000000">
      <w:pPr>
        <w:spacing w:before="40" w:after="40"/>
      </w:pPr>
      <w:r>
        <w:rPr>
          <w:b/>
          <w:color w:val="203764"/>
          <w:sz w:val="22"/>
        </w:rPr>
        <w:t>Novie Craven</w:t>
      </w:r>
    </w:p>
    <w:p w14:paraId="514D89A5" w14:textId="77777777" w:rsidR="00940308" w:rsidRDefault="00000000">
      <w:pPr>
        <w:spacing w:after="120" w:line="259" w:lineRule="auto"/>
      </w:pPr>
      <w:r>
        <w:t>That's amazing. Definitely integrating, even though people who have a disability are able to have that experience, because sometimes students, sometimes athletes like me, don't get to have that opportunity. Victoria, you took challenging classes in high school and succeeded even without extra help. Looking back at your academic career, what do you wish your teachers understood about you?</w:t>
      </w:r>
    </w:p>
    <w:p w14:paraId="26A66D76" w14:textId="77777777" w:rsidR="00940308" w:rsidRDefault="00000000">
      <w:pPr>
        <w:spacing w:before="160" w:after="0"/>
      </w:pPr>
      <w:r>
        <w:rPr>
          <w:b/>
          <w:color w:val="5B5B5B"/>
          <w:sz w:val="18"/>
        </w:rPr>
        <w:t>00:12:10 - 00:12:31</w:t>
      </w:r>
    </w:p>
    <w:p w14:paraId="59C21EA2" w14:textId="77777777" w:rsidR="00940308" w:rsidRDefault="00000000">
      <w:pPr>
        <w:spacing w:before="40" w:after="40"/>
      </w:pPr>
      <w:r>
        <w:rPr>
          <w:b/>
          <w:color w:val="203764"/>
          <w:sz w:val="22"/>
        </w:rPr>
        <w:t>Victoria Pepper</w:t>
      </w:r>
    </w:p>
    <w:p w14:paraId="071E13BB" w14:textId="77777777" w:rsidR="00940308" w:rsidRDefault="00000000">
      <w:pPr>
        <w:spacing w:after="120" w:line="259" w:lineRule="auto"/>
      </w:pPr>
      <w:r>
        <w:t>That's a great question. I would say I wanted to feel like I was understood by others and that they were actually taking the time to listen to me. I felt like I was being treated mainly as an object and a person labeled as someone with a disability, so I didn't like that. So, being able to stand up for myself and being able to tell them, ‘Hey, I don't like this.’</w:t>
      </w:r>
    </w:p>
    <w:p w14:paraId="27E7AF79" w14:textId="77777777" w:rsidR="00940308" w:rsidRDefault="00000000">
      <w:pPr>
        <w:spacing w:before="160" w:after="0"/>
      </w:pPr>
      <w:r>
        <w:rPr>
          <w:b/>
          <w:color w:val="5B5B5B"/>
          <w:sz w:val="18"/>
        </w:rPr>
        <w:t>00:12:31 - 00:12:53</w:t>
      </w:r>
    </w:p>
    <w:p w14:paraId="7E4373D2" w14:textId="77777777" w:rsidR="00940308" w:rsidRDefault="00000000">
      <w:pPr>
        <w:spacing w:before="40" w:after="40"/>
      </w:pPr>
      <w:r>
        <w:rPr>
          <w:b/>
          <w:color w:val="203764"/>
          <w:sz w:val="22"/>
        </w:rPr>
        <w:t>Victoria Pepper</w:t>
      </w:r>
    </w:p>
    <w:p w14:paraId="7CBF2856" w14:textId="77777777" w:rsidR="00940308" w:rsidRDefault="00000000">
      <w:pPr>
        <w:spacing w:after="120" w:line="259" w:lineRule="auto"/>
      </w:pPr>
      <w:r>
        <w:t>Could you please tell me it and treat me like I am an individual in the classroom, but still give me that access to the extra time I needed? Just because I felt like that helped me thrive to be a better person. If I didn't have that support system, I think I would not have succeeded very well in college or in high school.</w:t>
      </w:r>
    </w:p>
    <w:p w14:paraId="4C7B5E68" w14:textId="77777777" w:rsidR="00940308" w:rsidRDefault="00000000">
      <w:pPr>
        <w:spacing w:before="160" w:after="0"/>
      </w:pPr>
      <w:r>
        <w:rPr>
          <w:b/>
          <w:color w:val="5B5B5B"/>
          <w:sz w:val="18"/>
        </w:rPr>
        <w:t>00:12:53 - 00:13:28</w:t>
      </w:r>
    </w:p>
    <w:p w14:paraId="33E19CAA" w14:textId="77777777" w:rsidR="00940308" w:rsidRDefault="00000000">
      <w:pPr>
        <w:spacing w:before="40" w:after="40"/>
      </w:pPr>
      <w:r>
        <w:rPr>
          <w:b/>
          <w:color w:val="203764"/>
          <w:sz w:val="22"/>
        </w:rPr>
        <w:t>Novie Craven</w:t>
      </w:r>
    </w:p>
    <w:p w14:paraId="7143FA46" w14:textId="77777777" w:rsidR="00940308" w:rsidRDefault="00000000">
      <w:pPr>
        <w:spacing w:after="120" w:line="259" w:lineRule="auto"/>
      </w:pPr>
      <w:r>
        <w:t>You know, I'm very proud of you. You just keep going, keep doing what you're doing and don't let anybody stop you. Molly, what do you think the difference is between giving someone help and truly making them feel included?</w:t>
      </w:r>
    </w:p>
    <w:p w14:paraId="57E54B6F" w14:textId="77777777" w:rsidR="00940308" w:rsidRDefault="00000000">
      <w:pPr>
        <w:spacing w:before="160" w:after="0"/>
      </w:pPr>
      <w:r>
        <w:rPr>
          <w:b/>
          <w:color w:val="5B5B5B"/>
          <w:sz w:val="18"/>
        </w:rPr>
        <w:t>00:12:53 - 00:13:28</w:t>
      </w:r>
    </w:p>
    <w:p w14:paraId="128BD2D8" w14:textId="77777777" w:rsidR="00940308" w:rsidRDefault="00000000">
      <w:pPr>
        <w:spacing w:before="40" w:after="40"/>
      </w:pPr>
      <w:r>
        <w:rPr>
          <w:b/>
          <w:color w:val="203764"/>
          <w:sz w:val="22"/>
        </w:rPr>
        <w:t>Molly Shawhan</w:t>
      </w:r>
    </w:p>
    <w:p w14:paraId="19246311" w14:textId="77777777" w:rsidR="00940308" w:rsidRDefault="00000000">
      <w:pPr>
        <w:spacing w:after="120" w:line="259" w:lineRule="auto"/>
      </w:pPr>
      <w:r>
        <w:t>That's a great question. So, I think, you know, one thing that we start with, from even just accepted students, day one, is we remind our students and their families that our students are the captains of their ships, and we are just the support team, and their families are just the support team in helping them get to wherever their dreams and aspirations are.</w:t>
      </w:r>
    </w:p>
    <w:p w14:paraId="23F9384D" w14:textId="77777777" w:rsidR="00940308" w:rsidRDefault="00000000">
      <w:pPr>
        <w:spacing w:before="160" w:after="0"/>
      </w:pPr>
      <w:r>
        <w:rPr>
          <w:b/>
          <w:color w:val="5B5B5B"/>
          <w:sz w:val="18"/>
        </w:rPr>
        <w:t>00:13:29 - 00:14:04</w:t>
      </w:r>
    </w:p>
    <w:p w14:paraId="2AF1B37F" w14:textId="77777777" w:rsidR="00940308" w:rsidRDefault="00000000">
      <w:pPr>
        <w:spacing w:before="40" w:after="40"/>
      </w:pPr>
      <w:r>
        <w:rPr>
          <w:b/>
          <w:color w:val="203764"/>
          <w:sz w:val="22"/>
        </w:rPr>
        <w:t>Molly Shawhan</w:t>
      </w:r>
    </w:p>
    <w:p w14:paraId="157FDA98" w14:textId="77777777" w:rsidR="00940308" w:rsidRDefault="00000000">
      <w:pPr>
        <w:spacing w:after="120" w:line="259" w:lineRule="auto"/>
      </w:pPr>
      <w:r>
        <w:t>I think giving our students that autonomy, you know, inspiring and helping support that self-determination for them to be able to chart their own courses, you know, is what allows them to feel fully in charge of their own dreams and everything, rather than someone else taking the lead. And I think Villanova does a really good job of offering our students the holistic college experience where they're able to grow in every facet of their being.</w:t>
      </w:r>
    </w:p>
    <w:p w14:paraId="64F1A952" w14:textId="77777777" w:rsidR="00940308" w:rsidRDefault="00000000">
      <w:pPr>
        <w:spacing w:before="160" w:after="0"/>
      </w:pPr>
      <w:r>
        <w:rPr>
          <w:b/>
          <w:color w:val="5B5B5B"/>
          <w:sz w:val="18"/>
        </w:rPr>
        <w:t>00:14:04 - 00:14:29</w:t>
      </w:r>
    </w:p>
    <w:p w14:paraId="25F9A028" w14:textId="77777777" w:rsidR="00940308" w:rsidRDefault="00000000">
      <w:pPr>
        <w:spacing w:before="40" w:after="40"/>
      </w:pPr>
      <w:r>
        <w:rPr>
          <w:b/>
          <w:color w:val="203764"/>
          <w:sz w:val="22"/>
        </w:rPr>
        <w:t>Molly Shawhan</w:t>
      </w:r>
    </w:p>
    <w:p w14:paraId="7481F18D" w14:textId="77777777" w:rsidR="00940308" w:rsidRDefault="00000000">
      <w:pPr>
        <w:spacing w:after="120" w:line="259" w:lineRule="auto"/>
      </w:pPr>
      <w:r>
        <w:t>And, you know, it really puts our students at the center of those decision-making processes. Like, we always have a person-centered approach to everything that we do. You know, from what their internships are to their courses to their extracurriculars, to even where they want to eat for whatever meal, if it's on campus or whatever it may be.</w:t>
      </w:r>
    </w:p>
    <w:p w14:paraId="381C91F4" w14:textId="77777777" w:rsidR="00940308" w:rsidRDefault="00000000">
      <w:pPr>
        <w:spacing w:before="160" w:after="0"/>
      </w:pPr>
      <w:r>
        <w:rPr>
          <w:b/>
          <w:color w:val="5B5B5B"/>
          <w:sz w:val="18"/>
        </w:rPr>
        <w:lastRenderedPageBreak/>
        <w:t>00:14:29 - 00:14:58</w:t>
      </w:r>
    </w:p>
    <w:p w14:paraId="3B180E7D" w14:textId="77777777" w:rsidR="00940308" w:rsidRDefault="00000000">
      <w:pPr>
        <w:spacing w:before="40" w:after="40"/>
      </w:pPr>
      <w:r>
        <w:rPr>
          <w:b/>
          <w:color w:val="203764"/>
          <w:sz w:val="22"/>
        </w:rPr>
        <w:t>Molly Shawhan</w:t>
      </w:r>
    </w:p>
    <w:p w14:paraId="24F0AAE0" w14:textId="77777777" w:rsidR="00940308" w:rsidRDefault="00000000">
      <w:pPr>
        <w:spacing w:after="120" w:line="259" w:lineRule="auto"/>
      </w:pPr>
      <w:r>
        <w:t>So, you know, really giving our students that confidence to know that they are so capable, so valued, so loved, so respected, you know, and that they are able to do whatever it is that they have dreams of doing. That's what we try to do at Villanova. And it's been beautiful to watch our students really soar with that framework.</w:t>
      </w:r>
    </w:p>
    <w:p w14:paraId="3FD82892" w14:textId="77777777" w:rsidR="00940308" w:rsidRDefault="00000000">
      <w:pPr>
        <w:spacing w:before="160" w:after="0"/>
      </w:pPr>
      <w:r>
        <w:rPr>
          <w:b/>
          <w:color w:val="5B5B5B"/>
          <w:sz w:val="18"/>
        </w:rPr>
        <w:t>00:14:58 - 00:15:33</w:t>
      </w:r>
    </w:p>
    <w:p w14:paraId="629930AB" w14:textId="77777777" w:rsidR="00940308" w:rsidRDefault="00000000">
      <w:pPr>
        <w:spacing w:before="40" w:after="40"/>
      </w:pPr>
      <w:r>
        <w:rPr>
          <w:b/>
          <w:color w:val="203764"/>
          <w:sz w:val="22"/>
        </w:rPr>
        <w:t>Novie Craven</w:t>
      </w:r>
    </w:p>
    <w:p w14:paraId="29ED02D7" w14:textId="77777777" w:rsidR="00940308" w:rsidRDefault="00000000">
      <w:pPr>
        <w:spacing w:after="120" w:line="259" w:lineRule="auto"/>
      </w:pPr>
      <w:r>
        <w:t>That is perfect. I mean, I'm sitting here in awe. I'm like, that's it. That's how you put it into words. Victoria, your campus activities help bring people together. You started a club at your college for students who learn differently and invited everyone to join. Why did you want to do that?</w:t>
      </w:r>
    </w:p>
    <w:p w14:paraId="0492A91B" w14:textId="77777777" w:rsidR="00940308" w:rsidRDefault="00000000">
      <w:pPr>
        <w:spacing w:before="160" w:after="0"/>
      </w:pPr>
      <w:r>
        <w:rPr>
          <w:b/>
          <w:color w:val="5B5B5B"/>
          <w:sz w:val="18"/>
        </w:rPr>
        <w:t>00:14:58 - 00:15:33</w:t>
      </w:r>
    </w:p>
    <w:p w14:paraId="096E30BA" w14:textId="77777777" w:rsidR="00940308" w:rsidRDefault="00000000">
      <w:pPr>
        <w:spacing w:before="40" w:after="40"/>
      </w:pPr>
      <w:r>
        <w:rPr>
          <w:b/>
          <w:color w:val="203764"/>
          <w:sz w:val="22"/>
        </w:rPr>
        <w:t>Victoria Pepper</w:t>
      </w:r>
    </w:p>
    <w:p w14:paraId="635000B9" w14:textId="77777777" w:rsidR="00940308" w:rsidRDefault="00000000">
      <w:pPr>
        <w:spacing w:after="120" w:line="259" w:lineRule="auto"/>
      </w:pPr>
      <w:r>
        <w:t>So, in my college, I started a club called Advocates for Students with Learning Differences at my alma mater, at Mills College, which was a community college in New Jersey, where I'm originally from.</w:t>
      </w:r>
    </w:p>
    <w:p w14:paraId="0F38990B" w14:textId="77777777" w:rsidR="00940308" w:rsidRDefault="00000000">
      <w:pPr>
        <w:spacing w:before="160" w:after="0"/>
      </w:pPr>
      <w:r>
        <w:rPr>
          <w:b/>
          <w:color w:val="5B5B5B"/>
          <w:sz w:val="18"/>
        </w:rPr>
        <w:t>00:15:33 - 00:16:12</w:t>
      </w:r>
    </w:p>
    <w:p w14:paraId="0953FAB0" w14:textId="77777777" w:rsidR="00940308" w:rsidRDefault="00000000">
      <w:pPr>
        <w:spacing w:before="40" w:after="40"/>
      </w:pPr>
      <w:r>
        <w:rPr>
          <w:b/>
          <w:color w:val="203764"/>
          <w:sz w:val="22"/>
        </w:rPr>
        <w:t>Victoria Pepper</w:t>
      </w:r>
    </w:p>
    <w:p w14:paraId="75C4F48C" w14:textId="77777777" w:rsidR="00940308" w:rsidRDefault="00000000">
      <w:pPr>
        <w:spacing w:after="120" w:line="259" w:lineRule="auto"/>
      </w:pPr>
      <w:r>
        <w:t>And it was a place where I wanted to create a safe environment for individuals who learned differently to have a voice and feel like they truly belonged in society. Because in society, sometimes we're overlooked as just being an object and not even a person. So, I felt like I wanted to get individuals who did not have disabilities to better understand where people with disabilities come from, that we are just all people, and that they could feel like they are included in society, and both of us are included, not just like a person with a disability, but a person without one.</w:t>
      </w:r>
    </w:p>
    <w:p w14:paraId="1FE68B0F" w14:textId="77777777" w:rsidR="00940308" w:rsidRDefault="00000000">
      <w:pPr>
        <w:spacing w:before="160" w:after="0"/>
      </w:pPr>
      <w:r>
        <w:rPr>
          <w:b/>
          <w:color w:val="5B5B5B"/>
          <w:sz w:val="18"/>
        </w:rPr>
        <w:t>00:16:12 - 00:16:50</w:t>
      </w:r>
    </w:p>
    <w:p w14:paraId="6A717D03" w14:textId="77777777" w:rsidR="00940308" w:rsidRDefault="00000000">
      <w:pPr>
        <w:spacing w:before="40" w:after="40"/>
      </w:pPr>
      <w:r>
        <w:rPr>
          <w:b/>
          <w:color w:val="203764"/>
          <w:sz w:val="22"/>
        </w:rPr>
        <w:t>Victoria Pepper</w:t>
      </w:r>
    </w:p>
    <w:p w14:paraId="1ED5CFA2" w14:textId="77777777" w:rsidR="00940308" w:rsidRDefault="00000000">
      <w:pPr>
        <w:spacing w:after="120" w:line="259" w:lineRule="auto"/>
      </w:pPr>
      <w:r>
        <w:t>And also, to add, I am currently at North Carolina State University. I'll be graduating in the upcoming year, and I am part of the North Carolina Unified Club, which is part of Special Olympics. So, I've been a board member for them for the past two and a half years as an athlete/student ambassador, if you could call it. I'm also a part of Pack disAbility here at school, which is a great aspect for people with disabilities, either physical or mental or emotional.</w:t>
      </w:r>
    </w:p>
    <w:p w14:paraId="0B8B30C7" w14:textId="77777777" w:rsidR="00940308" w:rsidRDefault="00000000">
      <w:pPr>
        <w:spacing w:before="160" w:after="0"/>
      </w:pPr>
      <w:r>
        <w:rPr>
          <w:b/>
          <w:color w:val="5B5B5B"/>
          <w:sz w:val="18"/>
        </w:rPr>
        <w:t>00:16:50 - 00:17:15</w:t>
      </w:r>
    </w:p>
    <w:p w14:paraId="75DAFB3C" w14:textId="77777777" w:rsidR="00940308" w:rsidRDefault="00000000">
      <w:pPr>
        <w:spacing w:before="40" w:after="40"/>
      </w:pPr>
      <w:r>
        <w:rPr>
          <w:b/>
          <w:color w:val="203764"/>
          <w:sz w:val="22"/>
        </w:rPr>
        <w:t>Victoria Pepper</w:t>
      </w:r>
    </w:p>
    <w:p w14:paraId="6CE52ECC" w14:textId="77777777" w:rsidR="00940308" w:rsidRDefault="00000000">
      <w:pPr>
        <w:spacing w:after="120" w:line="259" w:lineRule="auto"/>
      </w:pPr>
      <w:r>
        <w:t>They all come together. That's a really great club to be a part of, because I wanted to be a part of something similar to my own club, but learning all different types of disabilities, not just having a learning disability. So that was very interesting.</w:t>
      </w:r>
    </w:p>
    <w:p w14:paraId="2F4127A5" w14:textId="77777777" w:rsidR="00940308" w:rsidRDefault="00000000">
      <w:pPr>
        <w:spacing w:before="160" w:after="0"/>
      </w:pPr>
      <w:r>
        <w:rPr>
          <w:b/>
          <w:color w:val="5B5B5B"/>
          <w:sz w:val="18"/>
        </w:rPr>
        <w:t>00:16:50 - 00:17:15</w:t>
      </w:r>
    </w:p>
    <w:p w14:paraId="719AAF31" w14:textId="77777777" w:rsidR="00940308" w:rsidRDefault="00000000">
      <w:pPr>
        <w:spacing w:before="40" w:after="40"/>
      </w:pPr>
      <w:r>
        <w:rPr>
          <w:b/>
          <w:color w:val="203764"/>
          <w:sz w:val="22"/>
        </w:rPr>
        <w:t>Novie Craven</w:t>
      </w:r>
    </w:p>
    <w:p w14:paraId="563FEB3A" w14:textId="77777777" w:rsidR="00940308" w:rsidRDefault="00000000">
      <w:pPr>
        <w:spacing w:after="120" w:line="259" w:lineRule="auto"/>
      </w:pPr>
      <w:r>
        <w:t>That was, I mean, that was phenomenal. Molly, what do you say to families who believe college is not a good fit for their child with an intellectual disability?</w:t>
      </w:r>
    </w:p>
    <w:p w14:paraId="6D2FF6A5" w14:textId="77777777" w:rsidR="00940308" w:rsidRDefault="00000000">
      <w:pPr>
        <w:spacing w:before="160" w:after="0"/>
      </w:pPr>
      <w:r>
        <w:rPr>
          <w:b/>
          <w:color w:val="5B5B5B"/>
          <w:sz w:val="18"/>
        </w:rPr>
        <w:t>00:17:15 - 00:17:36</w:t>
      </w:r>
    </w:p>
    <w:p w14:paraId="64160B54" w14:textId="77777777" w:rsidR="00940308" w:rsidRDefault="00000000">
      <w:pPr>
        <w:spacing w:before="40" w:after="40"/>
      </w:pPr>
      <w:r>
        <w:rPr>
          <w:b/>
          <w:color w:val="203764"/>
          <w:sz w:val="22"/>
        </w:rPr>
        <w:t>Molly Shawhan</w:t>
      </w:r>
    </w:p>
    <w:p w14:paraId="3CBD8B3A" w14:textId="77777777" w:rsidR="00940308" w:rsidRDefault="00000000">
      <w:pPr>
        <w:spacing w:after="120" w:line="259" w:lineRule="auto"/>
      </w:pPr>
      <w:r>
        <w:t>Yeah. So, families will say that to us pretty often, you know, that they never thought that their student or child would have an opportunity to go to college. And I just think for families, you know, if you have a little one with an intellectual disability, I want families to know that there are opportunities out there for their children.</w:t>
      </w:r>
    </w:p>
    <w:p w14:paraId="4E93179F" w14:textId="77777777" w:rsidR="00940308" w:rsidRDefault="00000000">
      <w:pPr>
        <w:spacing w:before="160" w:after="0"/>
      </w:pPr>
      <w:r>
        <w:rPr>
          <w:b/>
          <w:color w:val="5B5B5B"/>
          <w:sz w:val="18"/>
        </w:rPr>
        <w:lastRenderedPageBreak/>
        <w:t>00:17:36 - 00:18:09</w:t>
      </w:r>
    </w:p>
    <w:p w14:paraId="7BFE09A5" w14:textId="77777777" w:rsidR="00940308" w:rsidRDefault="00000000">
      <w:pPr>
        <w:spacing w:before="40" w:after="40"/>
      </w:pPr>
      <w:r>
        <w:rPr>
          <w:b/>
          <w:color w:val="203764"/>
          <w:sz w:val="22"/>
        </w:rPr>
        <w:t>Molly Shawhan</w:t>
      </w:r>
    </w:p>
    <w:p w14:paraId="5BC50BCE" w14:textId="77777777" w:rsidR="00940308" w:rsidRDefault="00000000">
      <w:pPr>
        <w:spacing w:after="120" w:line="259" w:lineRule="auto"/>
      </w:pPr>
      <w:r>
        <w:t>And there are some incredible schools that have post-secondary programs where they can have the full college experience. And, you know, we have families that are always... Recently, a mom said to me, her son loves to play the drums. And our students had this opportunity where they went to a restaurant where there was a full live band, and they actually invited this student to go play the drums for the band.</w:t>
      </w:r>
    </w:p>
    <w:p w14:paraId="3162CA42" w14:textId="77777777" w:rsidR="00940308" w:rsidRDefault="00000000">
      <w:pPr>
        <w:spacing w:before="160" w:after="0"/>
      </w:pPr>
      <w:r>
        <w:rPr>
          <w:b/>
          <w:color w:val="5B5B5B"/>
          <w:sz w:val="18"/>
        </w:rPr>
        <w:t>00:18:09 - 00:18:28</w:t>
      </w:r>
    </w:p>
    <w:p w14:paraId="35F61973" w14:textId="77777777" w:rsidR="00940308" w:rsidRDefault="00000000">
      <w:pPr>
        <w:spacing w:before="40" w:after="40"/>
      </w:pPr>
      <w:r>
        <w:rPr>
          <w:b/>
          <w:color w:val="203764"/>
          <w:sz w:val="22"/>
        </w:rPr>
        <w:t>Molly Shawhan</w:t>
      </w:r>
    </w:p>
    <w:p w14:paraId="3D3B1197" w14:textId="77777777" w:rsidR="00940308" w:rsidRDefault="00000000">
      <w:pPr>
        <w:spacing w:after="120" w:line="259" w:lineRule="auto"/>
      </w:pPr>
      <w:r>
        <w:t>And that parent just said, you know, ‘When I knew that Villanova was the right place for my son was when he went up there, and you all gave him that opportunity to go and play the drums in front of this whole group of people that were listening and watching.’ And she said, ‘As a parent, I would have held him back and said, you can't do that.’</w:t>
      </w:r>
    </w:p>
    <w:p w14:paraId="1E1EAC44" w14:textId="77777777" w:rsidR="00940308" w:rsidRDefault="00000000">
      <w:pPr>
        <w:spacing w:before="160" w:after="0"/>
      </w:pPr>
      <w:r>
        <w:rPr>
          <w:b/>
          <w:color w:val="5B5B5B"/>
          <w:sz w:val="18"/>
        </w:rPr>
        <w:t>00:18:28 - 00:18:48</w:t>
      </w:r>
    </w:p>
    <w:p w14:paraId="19C38173" w14:textId="77777777" w:rsidR="00940308" w:rsidRDefault="00000000">
      <w:pPr>
        <w:spacing w:before="40" w:after="40"/>
      </w:pPr>
      <w:r>
        <w:rPr>
          <w:b/>
          <w:color w:val="203764"/>
          <w:sz w:val="22"/>
        </w:rPr>
        <w:t>Molly Shawhan</w:t>
      </w:r>
    </w:p>
    <w:p w14:paraId="7C49DCF5" w14:textId="77777777" w:rsidR="00940308" w:rsidRDefault="00000000">
      <w:pPr>
        <w:spacing w:after="120" w:line="259" w:lineRule="auto"/>
      </w:pPr>
      <w:r>
        <w:t>You know, what if he gets embarrassed? What if this? What if that? And I think, you know, that was just so great to hear, that he had that opportunity to just go and be who he is and showcase his skills and talents because he's been drumming and doing this for so, so long.</w:t>
      </w:r>
    </w:p>
    <w:p w14:paraId="38AEAE72" w14:textId="77777777" w:rsidR="00940308" w:rsidRDefault="00000000">
      <w:pPr>
        <w:spacing w:before="160" w:after="0"/>
      </w:pPr>
      <w:r>
        <w:rPr>
          <w:b/>
          <w:color w:val="5B5B5B"/>
          <w:sz w:val="18"/>
        </w:rPr>
        <w:t>00:18:48 - 00:19:14</w:t>
      </w:r>
    </w:p>
    <w:p w14:paraId="2067269B" w14:textId="77777777" w:rsidR="00940308" w:rsidRDefault="00000000">
      <w:pPr>
        <w:spacing w:before="40" w:after="40"/>
      </w:pPr>
      <w:r>
        <w:rPr>
          <w:b/>
          <w:color w:val="203764"/>
          <w:sz w:val="22"/>
        </w:rPr>
        <w:t>Molly Shawhan</w:t>
      </w:r>
    </w:p>
    <w:p w14:paraId="3040BDF5" w14:textId="77777777" w:rsidR="00940308" w:rsidRDefault="00000000">
      <w:pPr>
        <w:spacing w:after="120" w:line="259" w:lineRule="auto"/>
      </w:pPr>
      <w:r>
        <w:t>And, you know, I think similarly to parents who are unsure about letting their children go away to school, you know, let your children fly because they are capable of so many incredible things. And we've been able to witness so much transformational growth among our students. And, you know, it all just starts from having that open door, from giving your child that opportunity to do so.</w:t>
      </w:r>
    </w:p>
    <w:p w14:paraId="3EC43BF1" w14:textId="77777777" w:rsidR="00940308" w:rsidRDefault="00000000">
      <w:pPr>
        <w:spacing w:before="160" w:after="0"/>
      </w:pPr>
      <w:r>
        <w:rPr>
          <w:b/>
          <w:color w:val="5B5B5B"/>
          <w:sz w:val="18"/>
        </w:rPr>
        <w:t>00:19:15 - 00:19:51</w:t>
      </w:r>
    </w:p>
    <w:p w14:paraId="093C6186" w14:textId="77777777" w:rsidR="00940308" w:rsidRDefault="00000000">
      <w:pPr>
        <w:spacing w:before="40" w:after="40"/>
      </w:pPr>
      <w:r>
        <w:rPr>
          <w:b/>
          <w:color w:val="203764"/>
          <w:sz w:val="22"/>
        </w:rPr>
        <w:t>Molly Shawhan</w:t>
      </w:r>
    </w:p>
    <w:p w14:paraId="6C760467" w14:textId="77777777" w:rsidR="00940308" w:rsidRDefault="00000000">
      <w:pPr>
        <w:spacing w:after="120" w:line="259" w:lineRule="auto"/>
      </w:pPr>
      <w:r>
        <w:t>So, I would just highly encourage families to, you know, let your children steer the ship as they go and decide that they want to go to college themselves.</w:t>
      </w:r>
    </w:p>
    <w:p w14:paraId="0693E280" w14:textId="77777777" w:rsidR="00940308" w:rsidRDefault="00000000">
      <w:pPr>
        <w:spacing w:before="160" w:after="0"/>
      </w:pPr>
      <w:r>
        <w:rPr>
          <w:b/>
          <w:color w:val="5B5B5B"/>
          <w:sz w:val="18"/>
        </w:rPr>
        <w:t>00:19:15 - 00:19:51</w:t>
      </w:r>
    </w:p>
    <w:p w14:paraId="7264FE5F" w14:textId="77777777" w:rsidR="00940308" w:rsidRDefault="00000000">
      <w:pPr>
        <w:spacing w:before="40" w:after="40"/>
      </w:pPr>
      <w:r>
        <w:rPr>
          <w:b/>
          <w:color w:val="203764"/>
          <w:sz w:val="22"/>
        </w:rPr>
        <w:t>Novie Craven</w:t>
      </w:r>
    </w:p>
    <w:p w14:paraId="277F735B" w14:textId="77777777" w:rsidR="00940308" w:rsidRDefault="00000000">
      <w:pPr>
        <w:spacing w:after="120" w:line="259" w:lineRule="auto"/>
      </w:pPr>
      <w:r>
        <w:t>Victoria, you put yourself in sports and in school. How do those two parts of your life connect?</w:t>
      </w:r>
    </w:p>
    <w:p w14:paraId="5F7932AA" w14:textId="77777777" w:rsidR="00940308" w:rsidRDefault="00000000">
      <w:pPr>
        <w:spacing w:before="160" w:after="0"/>
      </w:pPr>
      <w:r>
        <w:rPr>
          <w:b/>
          <w:color w:val="5B5B5B"/>
          <w:sz w:val="18"/>
        </w:rPr>
        <w:t>00:19:15 - 00:19:51</w:t>
      </w:r>
    </w:p>
    <w:p w14:paraId="47997DF9" w14:textId="77777777" w:rsidR="00940308" w:rsidRDefault="00000000">
      <w:pPr>
        <w:spacing w:before="40" w:after="40"/>
      </w:pPr>
      <w:r>
        <w:rPr>
          <w:b/>
          <w:color w:val="203764"/>
          <w:sz w:val="22"/>
        </w:rPr>
        <w:t>Victoria Pepper</w:t>
      </w:r>
    </w:p>
    <w:p w14:paraId="6682879B" w14:textId="77777777" w:rsidR="00940308" w:rsidRDefault="00000000">
      <w:pPr>
        <w:spacing w:after="120" w:line="259" w:lineRule="auto"/>
      </w:pPr>
      <w:r>
        <w:t>So, they both are intertwined with one another. At a very young age, I was very immersed with more sports-oriented things than I was academically.</w:t>
      </w:r>
    </w:p>
    <w:p w14:paraId="38993075" w14:textId="77777777" w:rsidR="00940308" w:rsidRDefault="00000000">
      <w:pPr>
        <w:spacing w:before="160" w:after="0"/>
      </w:pPr>
      <w:r>
        <w:rPr>
          <w:b/>
          <w:color w:val="5B5B5B"/>
          <w:sz w:val="18"/>
        </w:rPr>
        <w:t>00:19:51 - 00:20:16</w:t>
      </w:r>
    </w:p>
    <w:p w14:paraId="67E4C89A" w14:textId="77777777" w:rsidR="00940308" w:rsidRDefault="00000000">
      <w:pPr>
        <w:spacing w:before="40" w:after="40"/>
      </w:pPr>
      <w:r>
        <w:rPr>
          <w:b/>
          <w:color w:val="203764"/>
          <w:sz w:val="22"/>
        </w:rPr>
        <w:t>Victoria Pepper</w:t>
      </w:r>
    </w:p>
    <w:p w14:paraId="4EF09C74" w14:textId="77777777" w:rsidR="00940308" w:rsidRDefault="00000000">
      <w:pPr>
        <w:spacing w:after="120" w:line="259" w:lineRule="auto"/>
      </w:pPr>
      <w:r>
        <w:t>I will be honest, I was never really a... I never really excelled in school, I guess, for my elementary school years. I never really wanted to do anything except for playing sports. But eighth grade year became a little tougher for me because I was just like, OK, I'm getting older. And my mom was telling me, she was like, ‘You’ve got to do more than just sports.’</w:t>
      </w:r>
    </w:p>
    <w:p w14:paraId="7FAEE62E" w14:textId="77777777" w:rsidR="00940308" w:rsidRDefault="00000000">
      <w:pPr>
        <w:spacing w:before="160" w:after="0"/>
      </w:pPr>
      <w:r>
        <w:rPr>
          <w:b/>
          <w:color w:val="5B5B5B"/>
          <w:sz w:val="18"/>
        </w:rPr>
        <w:t>00:20:16 - 00:20:36</w:t>
      </w:r>
    </w:p>
    <w:p w14:paraId="73C15CF5" w14:textId="77777777" w:rsidR="00940308" w:rsidRDefault="00000000">
      <w:pPr>
        <w:spacing w:before="40" w:after="40"/>
      </w:pPr>
      <w:r>
        <w:rPr>
          <w:b/>
          <w:color w:val="203764"/>
          <w:sz w:val="22"/>
        </w:rPr>
        <w:t>Victoria Pepper</w:t>
      </w:r>
    </w:p>
    <w:p w14:paraId="5C181292" w14:textId="77777777" w:rsidR="00940308" w:rsidRDefault="00000000">
      <w:pPr>
        <w:spacing w:after="120" w:line="259" w:lineRule="auto"/>
      </w:pPr>
      <w:r>
        <w:lastRenderedPageBreak/>
        <w:t>Like, I know school is hard, but you've got to do both sports and school. When it became harder for me to understand, like, let's say I play basketball for Special Olympics, so let's say a drill was hard for me. I would actually get very frustrated with myself. So, I was able to go back to school when things got tough for me.</w:t>
      </w:r>
    </w:p>
    <w:p w14:paraId="228D56B7" w14:textId="77777777" w:rsidR="00940308" w:rsidRDefault="00000000">
      <w:pPr>
        <w:spacing w:before="160" w:after="0"/>
      </w:pPr>
      <w:r>
        <w:rPr>
          <w:b/>
          <w:color w:val="5B5B5B"/>
          <w:sz w:val="18"/>
        </w:rPr>
        <w:t>00:20:36 - 00:21:00</w:t>
      </w:r>
    </w:p>
    <w:p w14:paraId="23445EA2" w14:textId="77777777" w:rsidR="00940308" w:rsidRDefault="00000000">
      <w:pPr>
        <w:spacing w:before="40" w:after="40"/>
      </w:pPr>
      <w:r>
        <w:rPr>
          <w:b/>
          <w:color w:val="203764"/>
          <w:sz w:val="22"/>
        </w:rPr>
        <w:t>Victoria Pepper</w:t>
      </w:r>
    </w:p>
    <w:p w14:paraId="10EF3084" w14:textId="77777777" w:rsidR="00940308" w:rsidRDefault="00000000">
      <w:pPr>
        <w:spacing w:after="120" w:line="259" w:lineRule="auto"/>
      </w:pPr>
      <w:r>
        <w:t>That school was now an avenue for me to actually learn something, and I like to see the strength in other people too, because that's what pushes me to go forward, saying like, oh, I got a B on a test, but I can get a B+ the next time, and then so forth. With basketball, like, oh, I did not know how to do a layup, but when I first began basketball, now I know how to do a layup.</w:t>
      </w:r>
    </w:p>
    <w:p w14:paraId="4324EC41" w14:textId="77777777" w:rsidR="00940308" w:rsidRDefault="00000000">
      <w:pPr>
        <w:spacing w:before="160" w:after="0"/>
      </w:pPr>
      <w:r>
        <w:rPr>
          <w:b/>
          <w:color w:val="5B5B5B"/>
          <w:sz w:val="18"/>
        </w:rPr>
        <w:t>00:21:00 - 00:21:31</w:t>
      </w:r>
    </w:p>
    <w:p w14:paraId="7A884B35" w14:textId="77777777" w:rsidR="00940308" w:rsidRDefault="00000000">
      <w:pPr>
        <w:spacing w:before="40" w:after="40"/>
      </w:pPr>
      <w:r>
        <w:rPr>
          <w:b/>
          <w:color w:val="203764"/>
          <w:sz w:val="22"/>
        </w:rPr>
        <w:t>Victoria Pepper</w:t>
      </w:r>
    </w:p>
    <w:p w14:paraId="59BA2909" w14:textId="77777777" w:rsidR="00940308" w:rsidRDefault="00000000">
      <w:pPr>
        <w:spacing w:after="120" w:line="259" w:lineRule="auto"/>
      </w:pPr>
      <w:r>
        <w:t>But on the non-dominant hand, I'm not used to dribbling with it. So, that's a great learning experience, that you've got to learn from your strengths and then work on those weaknesses to become strengths.</w:t>
      </w:r>
    </w:p>
    <w:p w14:paraId="55C536FA" w14:textId="77777777" w:rsidR="00940308" w:rsidRDefault="00000000">
      <w:pPr>
        <w:spacing w:before="160" w:after="0"/>
      </w:pPr>
      <w:r>
        <w:rPr>
          <w:b/>
          <w:color w:val="5B5B5B"/>
          <w:sz w:val="18"/>
        </w:rPr>
        <w:t>00:21:00 - 00:21:31</w:t>
      </w:r>
    </w:p>
    <w:p w14:paraId="09DB0691" w14:textId="77777777" w:rsidR="00940308" w:rsidRDefault="00000000">
      <w:pPr>
        <w:spacing w:before="40" w:after="40"/>
      </w:pPr>
      <w:r>
        <w:rPr>
          <w:b/>
          <w:color w:val="203764"/>
          <w:sz w:val="22"/>
        </w:rPr>
        <w:t>Novie Craven</w:t>
      </w:r>
    </w:p>
    <w:p w14:paraId="329791D0" w14:textId="77777777" w:rsidR="00940308" w:rsidRDefault="00000000">
      <w:pPr>
        <w:spacing w:after="120" w:line="259" w:lineRule="auto"/>
      </w:pPr>
      <w:r>
        <w:t>It's amazing to see how, you know, I can get really not emotional, but it's like speechless because the words you just said, it feels like, for me, the same way. But you just literally are knocking it out of the park with these answers.</w:t>
      </w:r>
    </w:p>
    <w:p w14:paraId="7BC1A7AF" w14:textId="77777777" w:rsidR="00940308" w:rsidRDefault="00000000">
      <w:pPr>
        <w:spacing w:before="160" w:after="0"/>
      </w:pPr>
      <w:r>
        <w:rPr>
          <w:b/>
          <w:color w:val="5B5B5B"/>
          <w:sz w:val="18"/>
        </w:rPr>
        <w:t>00:21:31 - 00:22:03</w:t>
      </w:r>
    </w:p>
    <w:p w14:paraId="4F4ADD95" w14:textId="77777777" w:rsidR="00940308" w:rsidRDefault="00000000">
      <w:pPr>
        <w:spacing w:before="40" w:after="40"/>
      </w:pPr>
      <w:r>
        <w:rPr>
          <w:b/>
          <w:color w:val="203764"/>
          <w:sz w:val="22"/>
        </w:rPr>
        <w:t>Novie Craven</w:t>
      </w:r>
    </w:p>
    <w:p w14:paraId="06238475" w14:textId="77777777" w:rsidR="00940308" w:rsidRDefault="00000000">
      <w:pPr>
        <w:spacing w:after="120" w:line="259" w:lineRule="auto"/>
      </w:pPr>
      <w:r>
        <w:t>Victoria, what has being a Special Olympics athlete taught you about facing a challenge?</w:t>
      </w:r>
    </w:p>
    <w:p w14:paraId="1B9D427D" w14:textId="77777777" w:rsidR="00940308" w:rsidRDefault="00000000">
      <w:pPr>
        <w:spacing w:before="160" w:after="0"/>
      </w:pPr>
      <w:r>
        <w:rPr>
          <w:b/>
          <w:color w:val="5B5B5B"/>
          <w:sz w:val="18"/>
        </w:rPr>
        <w:t>00:21:31 - 00:22:03</w:t>
      </w:r>
    </w:p>
    <w:p w14:paraId="7B0C81E9" w14:textId="77777777" w:rsidR="00940308" w:rsidRDefault="00000000">
      <w:pPr>
        <w:spacing w:before="40" w:after="40"/>
      </w:pPr>
      <w:r>
        <w:rPr>
          <w:b/>
          <w:color w:val="203764"/>
          <w:sz w:val="22"/>
        </w:rPr>
        <w:t>Victoria Pepper</w:t>
      </w:r>
    </w:p>
    <w:p w14:paraId="29E0B2F2" w14:textId="77777777" w:rsidR="00940308" w:rsidRDefault="00000000">
      <w:pPr>
        <w:spacing w:after="120" w:line="259" w:lineRule="auto"/>
      </w:pPr>
      <w:r>
        <w:t>So, being a Special Olympics athlete has taught me to never give up when things get hard. It showed me that it's OK to make mistakes and keep on trying to excel in the best you can be. I grew up in a household of all boys. I'm the youngest of six, so my mom and dad had all boys, and then they decided to adopt me. That's a little part of me.</w:t>
      </w:r>
    </w:p>
    <w:p w14:paraId="2C3DA596" w14:textId="77777777" w:rsidR="00940308" w:rsidRDefault="00000000">
      <w:pPr>
        <w:spacing w:before="160" w:after="0"/>
      </w:pPr>
      <w:r>
        <w:rPr>
          <w:b/>
          <w:color w:val="5B5B5B"/>
          <w:sz w:val="18"/>
        </w:rPr>
        <w:t>00:22:04 - 00:22:26</w:t>
      </w:r>
    </w:p>
    <w:p w14:paraId="540643C2" w14:textId="77777777" w:rsidR="00940308" w:rsidRDefault="00000000">
      <w:pPr>
        <w:spacing w:before="40" w:after="40"/>
      </w:pPr>
      <w:r>
        <w:rPr>
          <w:b/>
          <w:color w:val="203764"/>
          <w:sz w:val="22"/>
        </w:rPr>
        <w:t>Victoria Pepper</w:t>
      </w:r>
    </w:p>
    <w:p w14:paraId="0F624245" w14:textId="77777777" w:rsidR="00940308" w:rsidRDefault="00000000">
      <w:pPr>
        <w:spacing w:after="120" w:line="259" w:lineRule="auto"/>
      </w:pPr>
      <w:r>
        <w:t>So, I was able to learn from them, and they would be wonderful, my whole family, telling me it's OK to have those skills. And actually, they taught me how to be patient with myself and keep pushing forward to be the best I can be. But also, don't be something you're not, because it's always going to catch up against you.</w:t>
      </w:r>
    </w:p>
    <w:p w14:paraId="47950DE8" w14:textId="77777777" w:rsidR="00940308" w:rsidRDefault="00000000">
      <w:pPr>
        <w:spacing w:before="160" w:after="0"/>
      </w:pPr>
      <w:r>
        <w:rPr>
          <w:b/>
          <w:color w:val="5B5B5B"/>
          <w:sz w:val="18"/>
        </w:rPr>
        <w:t>00:22:26 - 00:22:50</w:t>
      </w:r>
    </w:p>
    <w:p w14:paraId="3C436A01" w14:textId="77777777" w:rsidR="00940308" w:rsidRDefault="00000000">
      <w:pPr>
        <w:spacing w:before="40" w:after="40"/>
      </w:pPr>
      <w:r>
        <w:rPr>
          <w:b/>
          <w:color w:val="203764"/>
          <w:sz w:val="22"/>
        </w:rPr>
        <w:t>Victoria Pepper</w:t>
      </w:r>
    </w:p>
    <w:p w14:paraId="01467159" w14:textId="77777777" w:rsidR="00940308" w:rsidRDefault="00000000">
      <w:pPr>
        <w:spacing w:after="120" w:line="259" w:lineRule="auto"/>
      </w:pPr>
      <w:r>
        <w:t>Like, if you're going to be a falsehood in yourself, you should always be true to yourself. And so that's how my family has taught me, and that's how Special Olympics has taught me to become a better athlete.</w:t>
      </w:r>
    </w:p>
    <w:p w14:paraId="067713AA" w14:textId="77777777" w:rsidR="00940308" w:rsidRDefault="00000000">
      <w:pPr>
        <w:spacing w:before="160" w:after="0"/>
      </w:pPr>
      <w:r>
        <w:rPr>
          <w:b/>
          <w:color w:val="5B5B5B"/>
          <w:sz w:val="18"/>
        </w:rPr>
        <w:t>00:22:26 - 00:22:50</w:t>
      </w:r>
    </w:p>
    <w:p w14:paraId="213A1A4E" w14:textId="77777777" w:rsidR="00940308" w:rsidRDefault="00000000">
      <w:pPr>
        <w:spacing w:before="40" w:after="40"/>
      </w:pPr>
      <w:r>
        <w:rPr>
          <w:b/>
          <w:color w:val="203764"/>
          <w:sz w:val="22"/>
        </w:rPr>
        <w:t>Novie Craven</w:t>
      </w:r>
    </w:p>
    <w:p w14:paraId="4D0FF47F" w14:textId="77777777" w:rsidR="00940308" w:rsidRDefault="00000000">
      <w:pPr>
        <w:spacing w:after="120" w:line="259" w:lineRule="auto"/>
      </w:pPr>
      <w:r>
        <w:t>And we have totally made it a lot of fun. Molly, what does success mean for the VUnited Scholars, both in school and everyday life?</w:t>
      </w:r>
    </w:p>
    <w:p w14:paraId="78237946" w14:textId="77777777" w:rsidR="00940308" w:rsidRDefault="00000000">
      <w:pPr>
        <w:spacing w:before="160" w:after="0"/>
      </w:pPr>
      <w:r>
        <w:rPr>
          <w:b/>
          <w:color w:val="5B5B5B"/>
          <w:sz w:val="18"/>
        </w:rPr>
        <w:t>00:22:50 - 00:23:09</w:t>
      </w:r>
    </w:p>
    <w:p w14:paraId="03F05F74" w14:textId="77777777" w:rsidR="00940308" w:rsidRDefault="00000000">
      <w:pPr>
        <w:spacing w:before="40" w:after="40"/>
      </w:pPr>
      <w:r>
        <w:rPr>
          <w:b/>
          <w:color w:val="203764"/>
          <w:sz w:val="22"/>
        </w:rPr>
        <w:t>Molly Shawhan</w:t>
      </w:r>
    </w:p>
    <w:p w14:paraId="378AA3B5" w14:textId="77777777" w:rsidR="00940308" w:rsidRDefault="00000000">
      <w:pPr>
        <w:spacing w:after="120" w:line="259" w:lineRule="auto"/>
      </w:pPr>
      <w:r>
        <w:lastRenderedPageBreak/>
        <w:t>Yeah, I think one of our measures of success is always just going back to what our students' dreams and goals are. So, we do a lot of goal setting and really support our students as they go and accomplish those goals. And then I think long-term success, one of our pillars is career development.</w:t>
      </w:r>
    </w:p>
    <w:p w14:paraId="5CB723EE" w14:textId="77777777" w:rsidR="00940308" w:rsidRDefault="00000000">
      <w:pPr>
        <w:spacing w:before="160" w:after="0"/>
      </w:pPr>
      <w:r>
        <w:rPr>
          <w:b/>
          <w:color w:val="5B5B5B"/>
          <w:sz w:val="18"/>
        </w:rPr>
        <w:t>00:23:09 - 00:23:47</w:t>
      </w:r>
    </w:p>
    <w:p w14:paraId="78EA3EBE" w14:textId="77777777" w:rsidR="00940308" w:rsidRDefault="00000000">
      <w:pPr>
        <w:spacing w:before="40" w:after="40"/>
      </w:pPr>
      <w:r>
        <w:rPr>
          <w:b/>
          <w:color w:val="203764"/>
          <w:sz w:val="22"/>
        </w:rPr>
        <w:t>Molly Shawhan</w:t>
      </w:r>
    </w:p>
    <w:p w14:paraId="4D7604B2" w14:textId="77777777" w:rsidR="00940308" w:rsidRDefault="00000000">
      <w:pPr>
        <w:spacing w:after="120" w:line="259" w:lineRule="auto"/>
      </w:pPr>
      <w:r>
        <w:t>So, we have a huge focus on helping our students find meaningful, integrated employment, family-sustaining wages in fields that they're really passionate about. So, through their college experience, giving them those internship opportunities and experiences is sort of the start. And then helping them navigate going on to find employment post-graduation as well, along with still finding and following their dreams for what they want their social life to look like, what they want their emotional life to look like, where, you know, we've been talking about mental health as well and everything.</w:t>
      </w:r>
    </w:p>
    <w:p w14:paraId="439EFC4D" w14:textId="77777777" w:rsidR="00940308" w:rsidRDefault="00000000">
      <w:pPr>
        <w:spacing w:before="160" w:after="0"/>
      </w:pPr>
      <w:r>
        <w:rPr>
          <w:b/>
          <w:color w:val="5B5B5B"/>
          <w:sz w:val="18"/>
        </w:rPr>
        <w:t>00:23:47 - 00:24:19</w:t>
      </w:r>
    </w:p>
    <w:p w14:paraId="4541F56E" w14:textId="77777777" w:rsidR="00940308" w:rsidRDefault="00000000">
      <w:pPr>
        <w:spacing w:before="40" w:after="40"/>
      </w:pPr>
      <w:r>
        <w:rPr>
          <w:b/>
          <w:color w:val="203764"/>
          <w:sz w:val="22"/>
        </w:rPr>
        <w:t>Molly Shawhan</w:t>
      </w:r>
    </w:p>
    <w:p w14:paraId="0E71668A" w14:textId="77777777" w:rsidR="00940308" w:rsidRDefault="00000000">
      <w:pPr>
        <w:spacing w:after="120" w:line="259" w:lineRule="auto"/>
      </w:pPr>
      <w:r>
        <w:t>Just a holistic well-being during their time at Villanova and then post-grad as well.</w:t>
      </w:r>
    </w:p>
    <w:p w14:paraId="2F776CFD" w14:textId="77777777" w:rsidR="00940308" w:rsidRDefault="00000000">
      <w:pPr>
        <w:spacing w:before="160" w:after="0"/>
      </w:pPr>
      <w:r>
        <w:rPr>
          <w:b/>
          <w:color w:val="5B5B5B"/>
          <w:sz w:val="18"/>
        </w:rPr>
        <w:t>00:23:47 - 00:24:19</w:t>
      </w:r>
    </w:p>
    <w:p w14:paraId="139CE9E0" w14:textId="77777777" w:rsidR="00940308" w:rsidRDefault="00000000">
      <w:pPr>
        <w:spacing w:before="40" w:after="40"/>
      </w:pPr>
      <w:r>
        <w:rPr>
          <w:b/>
          <w:color w:val="203764"/>
          <w:sz w:val="22"/>
        </w:rPr>
        <w:t>Novie Craven</w:t>
      </w:r>
    </w:p>
    <w:p w14:paraId="05C4E030" w14:textId="77777777" w:rsidR="00940308" w:rsidRDefault="00000000">
      <w:pPr>
        <w:spacing w:after="120" w:line="259" w:lineRule="auto"/>
      </w:pPr>
      <w:r>
        <w:t>Molly and Victoria, if you could share one message with college leaders and teachers, what would you want them to hear? Molly, you go first.</w:t>
      </w:r>
    </w:p>
    <w:p w14:paraId="6CD9528C" w14:textId="77777777" w:rsidR="00940308" w:rsidRDefault="00000000">
      <w:pPr>
        <w:spacing w:before="160" w:after="0"/>
      </w:pPr>
      <w:r>
        <w:rPr>
          <w:b/>
          <w:color w:val="5B5B5B"/>
          <w:sz w:val="18"/>
        </w:rPr>
        <w:t>00:23:47 - 00:24:19</w:t>
      </w:r>
    </w:p>
    <w:p w14:paraId="6840BF24" w14:textId="77777777" w:rsidR="00940308" w:rsidRDefault="00000000">
      <w:pPr>
        <w:spacing w:before="40" w:after="40"/>
      </w:pPr>
      <w:r>
        <w:rPr>
          <w:b/>
          <w:color w:val="203764"/>
          <w:sz w:val="22"/>
        </w:rPr>
        <w:t>Molly Shawhan</w:t>
      </w:r>
    </w:p>
    <w:p w14:paraId="16F1B2B4" w14:textId="77777777" w:rsidR="00940308" w:rsidRDefault="00000000">
      <w:pPr>
        <w:spacing w:after="120" w:line="259" w:lineRule="auto"/>
      </w:pPr>
      <w:r>
        <w:t>I would share that, for the colleges and universities that do have post-secondary programs, first off, thank you, or just gratitude, for all that you're doing.</w:t>
      </w:r>
    </w:p>
    <w:p w14:paraId="51616913" w14:textId="77777777" w:rsidR="00940308" w:rsidRDefault="00000000">
      <w:pPr>
        <w:spacing w:before="160" w:after="0"/>
      </w:pPr>
      <w:r>
        <w:rPr>
          <w:b/>
          <w:color w:val="5B5B5B"/>
          <w:sz w:val="18"/>
        </w:rPr>
        <w:t>00:24:19 - 00:25:01</w:t>
      </w:r>
    </w:p>
    <w:p w14:paraId="2108D4E5" w14:textId="77777777" w:rsidR="00940308" w:rsidRDefault="00000000">
      <w:pPr>
        <w:spacing w:before="40" w:after="40"/>
      </w:pPr>
      <w:r>
        <w:rPr>
          <w:b/>
          <w:color w:val="203764"/>
          <w:sz w:val="22"/>
        </w:rPr>
        <w:t>Molly Shawhan</w:t>
      </w:r>
    </w:p>
    <w:p w14:paraId="6ADC2A9B" w14:textId="77777777" w:rsidR="00940308" w:rsidRDefault="00000000">
      <w:pPr>
        <w:spacing w:after="120" w:line="259" w:lineRule="auto"/>
      </w:pPr>
      <w:r>
        <w:t>And then, for schools that are considering it or have heard about it and aren't sure yet, I would say, you know, for a Special Olympics term, to take the plunge, right, to jump in and just allow individuals with intellectual disabilities to have the same experiences as their peers and to really see the ways that they transform the campus, just as our students have been able to do at Villanova.</w:t>
      </w:r>
    </w:p>
    <w:p w14:paraId="1B5B7F36" w14:textId="77777777" w:rsidR="00940308" w:rsidRDefault="00000000">
      <w:pPr>
        <w:spacing w:before="160" w:after="0"/>
      </w:pPr>
      <w:r>
        <w:rPr>
          <w:b/>
          <w:color w:val="5B5B5B"/>
          <w:sz w:val="18"/>
        </w:rPr>
        <w:t>00:24:19 - 00:25:01</w:t>
      </w:r>
    </w:p>
    <w:p w14:paraId="202BFAAF" w14:textId="77777777" w:rsidR="00940308" w:rsidRDefault="00000000">
      <w:pPr>
        <w:spacing w:before="40" w:after="40"/>
      </w:pPr>
      <w:r>
        <w:rPr>
          <w:b/>
          <w:color w:val="203764"/>
          <w:sz w:val="22"/>
        </w:rPr>
        <w:t>Victoria Pepper</w:t>
      </w:r>
    </w:p>
    <w:p w14:paraId="523CCAAA" w14:textId="77777777" w:rsidR="00940308" w:rsidRDefault="00000000">
      <w:pPr>
        <w:spacing w:after="120" w:line="259" w:lineRule="auto"/>
      </w:pPr>
      <w:r>
        <w:t>For the college leaders that I've had, and the teachers and mentors and just staff in general and people around my campus, I would like them to see me as a person and all people as just being normal human beings and not just as labels or objects, because I know I've had times when I've been told I wasn't capable of anything.</w:t>
      </w:r>
    </w:p>
    <w:p w14:paraId="0137B35A" w14:textId="77777777" w:rsidR="00940308" w:rsidRDefault="00000000">
      <w:pPr>
        <w:spacing w:before="160" w:after="0"/>
      </w:pPr>
      <w:r>
        <w:rPr>
          <w:b/>
          <w:color w:val="5B5B5B"/>
          <w:sz w:val="18"/>
        </w:rPr>
        <w:t>00:25:01 - 00:25:29</w:t>
      </w:r>
    </w:p>
    <w:p w14:paraId="50E84422" w14:textId="77777777" w:rsidR="00940308" w:rsidRDefault="00000000">
      <w:pPr>
        <w:spacing w:before="40" w:after="40"/>
      </w:pPr>
      <w:r>
        <w:rPr>
          <w:b/>
          <w:color w:val="203764"/>
          <w:sz w:val="22"/>
        </w:rPr>
        <w:t>Victoria Pepper</w:t>
      </w:r>
    </w:p>
    <w:p w14:paraId="798AAE48" w14:textId="77777777" w:rsidR="00940308" w:rsidRDefault="00000000">
      <w:pPr>
        <w:spacing w:after="120" w:line="259" w:lineRule="auto"/>
      </w:pPr>
      <w:r>
        <w:t>I was even told that I wasn't even able to go to college by some people in my life. So, I wanted to prove them wrong. And I feel like having that effect of negativity doesn't get you anywhere. You should surround yourself and make people surround themselves with people that matter. We're all people.</w:t>
      </w:r>
    </w:p>
    <w:p w14:paraId="584CF4F8" w14:textId="77777777" w:rsidR="00940308" w:rsidRDefault="00000000">
      <w:pPr>
        <w:spacing w:before="160" w:after="0"/>
      </w:pPr>
      <w:r>
        <w:rPr>
          <w:b/>
          <w:color w:val="5B5B5B"/>
          <w:sz w:val="18"/>
        </w:rPr>
        <w:t>00:25:29 - 00:25:55</w:t>
      </w:r>
    </w:p>
    <w:p w14:paraId="1B5EAED4" w14:textId="77777777" w:rsidR="00940308" w:rsidRDefault="00000000">
      <w:pPr>
        <w:spacing w:before="40" w:after="40"/>
      </w:pPr>
      <w:r>
        <w:rPr>
          <w:b/>
          <w:color w:val="203764"/>
          <w:sz w:val="22"/>
        </w:rPr>
        <w:t>Victoria Pepper</w:t>
      </w:r>
    </w:p>
    <w:p w14:paraId="1A65C19A" w14:textId="77777777" w:rsidR="00940308" w:rsidRDefault="00000000">
      <w:pPr>
        <w:spacing w:after="120" w:line="259" w:lineRule="auto"/>
      </w:pPr>
      <w:r>
        <w:t>I would rather them all see that we're only people and we just learn differently, because everyone learns differently, no matter what.</w:t>
      </w:r>
    </w:p>
    <w:p w14:paraId="4CC0E877" w14:textId="77777777" w:rsidR="00940308" w:rsidRDefault="00000000">
      <w:pPr>
        <w:spacing w:before="160" w:after="0"/>
      </w:pPr>
      <w:r>
        <w:rPr>
          <w:b/>
          <w:color w:val="5B5B5B"/>
          <w:sz w:val="18"/>
        </w:rPr>
        <w:lastRenderedPageBreak/>
        <w:t>00:25:29 - 00:25:55</w:t>
      </w:r>
    </w:p>
    <w:p w14:paraId="1FA30DED" w14:textId="77777777" w:rsidR="00940308" w:rsidRDefault="00000000">
      <w:pPr>
        <w:spacing w:before="40" w:after="40"/>
      </w:pPr>
      <w:r>
        <w:rPr>
          <w:b/>
          <w:color w:val="203764"/>
          <w:sz w:val="22"/>
        </w:rPr>
        <w:t>Novie Craven</w:t>
      </w:r>
    </w:p>
    <w:p w14:paraId="4D59F7C4" w14:textId="77777777" w:rsidR="00940308" w:rsidRDefault="00000000">
      <w:pPr>
        <w:spacing w:after="120" w:line="259" w:lineRule="auto"/>
      </w:pPr>
      <w:r>
        <w:t>You're just hitting the ball out of the ballpark. I ask this question to all my guests, and I'll ask it to both of you. What does inclusion mean to you? Victoria, you go first.</w:t>
      </w:r>
    </w:p>
    <w:p w14:paraId="0F82FCAA" w14:textId="77777777" w:rsidR="00940308" w:rsidRDefault="00000000">
      <w:pPr>
        <w:spacing w:before="160" w:after="0"/>
      </w:pPr>
      <w:r>
        <w:rPr>
          <w:b/>
          <w:color w:val="5B5B5B"/>
          <w:sz w:val="18"/>
        </w:rPr>
        <w:t>00:25:55 - 00:26:24</w:t>
      </w:r>
    </w:p>
    <w:p w14:paraId="2F23ACCC" w14:textId="77777777" w:rsidR="00940308" w:rsidRDefault="00000000">
      <w:pPr>
        <w:spacing w:before="40" w:after="40"/>
      </w:pPr>
      <w:r>
        <w:rPr>
          <w:b/>
          <w:color w:val="203764"/>
          <w:sz w:val="22"/>
        </w:rPr>
        <w:t>Victoria Pepper</w:t>
      </w:r>
    </w:p>
    <w:p w14:paraId="06A8D9F1" w14:textId="77777777" w:rsidR="00940308" w:rsidRDefault="00000000">
      <w:pPr>
        <w:spacing w:after="120" w:line="259" w:lineRule="auto"/>
      </w:pPr>
      <w:r>
        <w:t>I would say inclusion is being treated the same and being respected and knowing you matter just as everybody else does.</w:t>
      </w:r>
    </w:p>
    <w:p w14:paraId="16BD9F23" w14:textId="77777777" w:rsidR="00940308" w:rsidRDefault="00000000">
      <w:pPr>
        <w:spacing w:before="160" w:after="0"/>
      </w:pPr>
      <w:r>
        <w:rPr>
          <w:b/>
          <w:color w:val="5B5B5B"/>
          <w:sz w:val="18"/>
        </w:rPr>
        <w:t>00:25:55 - 00:26:24</w:t>
      </w:r>
    </w:p>
    <w:p w14:paraId="038EB81E" w14:textId="77777777" w:rsidR="00940308" w:rsidRDefault="00000000">
      <w:pPr>
        <w:spacing w:before="40" w:after="40"/>
      </w:pPr>
      <w:r>
        <w:rPr>
          <w:b/>
          <w:color w:val="203764"/>
          <w:sz w:val="22"/>
        </w:rPr>
        <w:t>Novie Craven</w:t>
      </w:r>
    </w:p>
    <w:p w14:paraId="153A056F" w14:textId="77777777" w:rsidR="00940308" w:rsidRDefault="00000000">
      <w:pPr>
        <w:spacing w:after="120" w:line="259" w:lineRule="auto"/>
      </w:pPr>
      <w:r>
        <w:t>Molly, what about you?</w:t>
      </w:r>
    </w:p>
    <w:p w14:paraId="6DEF1F14" w14:textId="77777777" w:rsidR="00940308" w:rsidRDefault="00000000">
      <w:pPr>
        <w:spacing w:before="160" w:after="0"/>
      </w:pPr>
      <w:r>
        <w:rPr>
          <w:b/>
          <w:color w:val="5B5B5B"/>
          <w:sz w:val="18"/>
        </w:rPr>
        <w:t>00:25:55 - 00:26:24</w:t>
      </w:r>
    </w:p>
    <w:p w14:paraId="09884578" w14:textId="77777777" w:rsidR="00940308" w:rsidRDefault="00000000">
      <w:pPr>
        <w:spacing w:before="40" w:after="40"/>
      </w:pPr>
      <w:r>
        <w:rPr>
          <w:b/>
          <w:color w:val="203764"/>
          <w:sz w:val="22"/>
        </w:rPr>
        <w:t>Molly Shawhan</w:t>
      </w:r>
    </w:p>
    <w:p w14:paraId="4BDDC22B" w14:textId="77777777" w:rsidR="00940308" w:rsidRDefault="00000000">
      <w:pPr>
        <w:spacing w:after="120" w:line="259" w:lineRule="auto"/>
      </w:pPr>
      <w:r>
        <w:t>For me, it's creating a place where everyone belongs and feels at home. And like Victoria was saying, is valued and respected and loved for exactly who they are.</w:t>
      </w:r>
    </w:p>
    <w:p w14:paraId="156EC098" w14:textId="77777777" w:rsidR="00940308" w:rsidRDefault="00000000">
      <w:pPr>
        <w:spacing w:before="160" w:after="0"/>
      </w:pPr>
      <w:r>
        <w:rPr>
          <w:b/>
          <w:color w:val="5B5B5B"/>
          <w:sz w:val="18"/>
        </w:rPr>
        <w:t>00:25:55 - 00:26:24</w:t>
      </w:r>
    </w:p>
    <w:p w14:paraId="54DF39F2" w14:textId="77777777" w:rsidR="00940308" w:rsidRDefault="00000000">
      <w:pPr>
        <w:spacing w:before="40" w:after="40"/>
      </w:pPr>
      <w:r>
        <w:rPr>
          <w:b/>
          <w:color w:val="203764"/>
          <w:sz w:val="22"/>
        </w:rPr>
        <w:t>Novie Craven</w:t>
      </w:r>
    </w:p>
    <w:p w14:paraId="12BED1A2" w14:textId="77777777" w:rsidR="00940308" w:rsidRDefault="00000000">
      <w:pPr>
        <w:spacing w:after="120" w:line="259" w:lineRule="auto"/>
      </w:pPr>
      <w:r>
        <w:t>Molly and Victoria, thank you so much for being here today. I guess this teleprompter says pause for reply, but, well...</w:t>
      </w:r>
    </w:p>
    <w:p w14:paraId="3D7CE9BA" w14:textId="77777777" w:rsidR="00940308" w:rsidRDefault="00000000">
      <w:pPr>
        <w:spacing w:before="160" w:after="0"/>
      </w:pPr>
      <w:r>
        <w:rPr>
          <w:b/>
          <w:color w:val="5B5B5B"/>
          <w:sz w:val="18"/>
        </w:rPr>
        <w:t>00:26:24 - 00:26:46</w:t>
      </w:r>
    </w:p>
    <w:p w14:paraId="7C1F4F0C" w14:textId="77777777" w:rsidR="00940308" w:rsidRDefault="00000000">
      <w:pPr>
        <w:spacing w:before="40" w:after="40"/>
      </w:pPr>
      <w:r>
        <w:rPr>
          <w:b/>
          <w:color w:val="203764"/>
          <w:sz w:val="22"/>
        </w:rPr>
        <w:t>Molly Shawhan</w:t>
      </w:r>
    </w:p>
    <w:p w14:paraId="58286E54" w14:textId="77777777" w:rsidR="00940308" w:rsidRDefault="00000000">
      <w:pPr>
        <w:spacing w:after="120" w:line="259" w:lineRule="auto"/>
      </w:pPr>
      <w:r>
        <w:t>I do want to say, Novie, thank you so much. You are just such a light, and we're just so grateful to be a part of this.</w:t>
      </w:r>
    </w:p>
    <w:p w14:paraId="221D66CE" w14:textId="77777777" w:rsidR="00940308" w:rsidRDefault="00000000">
      <w:pPr>
        <w:spacing w:before="160" w:after="0"/>
      </w:pPr>
      <w:r>
        <w:rPr>
          <w:b/>
          <w:color w:val="5B5B5B"/>
          <w:sz w:val="18"/>
        </w:rPr>
        <w:t>00:26:24 - 00:26:46</w:t>
      </w:r>
    </w:p>
    <w:p w14:paraId="5CFDC1F4" w14:textId="77777777" w:rsidR="00940308" w:rsidRDefault="00000000">
      <w:pPr>
        <w:spacing w:before="40" w:after="40"/>
      </w:pPr>
      <w:r>
        <w:rPr>
          <w:b/>
          <w:color w:val="203764"/>
          <w:sz w:val="22"/>
        </w:rPr>
        <w:t>Novie Craven</w:t>
      </w:r>
    </w:p>
    <w:p w14:paraId="0E0694AC" w14:textId="77777777" w:rsidR="00940308" w:rsidRDefault="00000000">
      <w:pPr>
        <w:spacing w:after="120" w:line="259" w:lineRule="auto"/>
      </w:pPr>
      <w:r>
        <w:t>Hopefully, we'll go. I'm definitely going to... You're coming up to... I'm definitely going to... Oh, yeah.</w:t>
      </w:r>
    </w:p>
    <w:p w14:paraId="2D823498" w14:textId="77777777" w:rsidR="00940308" w:rsidRDefault="00000000">
      <w:pPr>
        <w:spacing w:before="160" w:after="0"/>
      </w:pPr>
      <w:r>
        <w:rPr>
          <w:b/>
          <w:color w:val="5B5B5B"/>
          <w:sz w:val="18"/>
        </w:rPr>
        <w:t>00:26:24 - 00:26:46</w:t>
      </w:r>
    </w:p>
    <w:p w14:paraId="77288834" w14:textId="77777777" w:rsidR="00940308" w:rsidRDefault="00000000">
      <w:pPr>
        <w:spacing w:before="40" w:after="40"/>
      </w:pPr>
      <w:r>
        <w:rPr>
          <w:b/>
          <w:color w:val="203764"/>
          <w:sz w:val="22"/>
        </w:rPr>
        <w:t>Molly Shawhan</w:t>
      </w:r>
    </w:p>
    <w:p w14:paraId="68FE1CB0" w14:textId="77777777" w:rsidR="00940308" w:rsidRDefault="00000000">
      <w:pPr>
        <w:spacing w:after="120" w:line="259" w:lineRule="auto"/>
      </w:pPr>
      <w:r>
        <w:t>Come visit Villanova. We'd love to have you. Also, Victoria, hopefully, I can come down to NC State, definitely.</w:t>
      </w:r>
    </w:p>
    <w:p w14:paraId="779F780E" w14:textId="77777777" w:rsidR="00940308" w:rsidRDefault="00000000">
      <w:pPr>
        <w:spacing w:before="160" w:after="0"/>
      </w:pPr>
      <w:r>
        <w:rPr>
          <w:b/>
          <w:color w:val="5B5B5B"/>
          <w:sz w:val="18"/>
        </w:rPr>
        <w:t>00:26:46 - 00:27:14</w:t>
      </w:r>
    </w:p>
    <w:p w14:paraId="3BCDB569" w14:textId="77777777" w:rsidR="00940308" w:rsidRDefault="00000000">
      <w:pPr>
        <w:spacing w:before="40" w:after="40"/>
      </w:pPr>
      <w:r>
        <w:rPr>
          <w:b/>
          <w:color w:val="203764"/>
          <w:sz w:val="22"/>
        </w:rPr>
        <w:t>Victoria Pepper</w:t>
      </w:r>
    </w:p>
    <w:p w14:paraId="5DB54E71" w14:textId="77777777" w:rsidR="00940308" w:rsidRDefault="00000000">
      <w:pPr>
        <w:spacing w:after="120" w:line="259" w:lineRule="auto"/>
      </w:pPr>
      <w:r>
        <w:t>I would be happy to give you a tour, even though I would maybe be an alumna at the moment, but I would be happy to give you one.</w:t>
      </w:r>
    </w:p>
    <w:p w14:paraId="0F8F21F7" w14:textId="77777777" w:rsidR="00940308" w:rsidRDefault="00000000">
      <w:pPr>
        <w:spacing w:before="160" w:after="0"/>
      </w:pPr>
      <w:r>
        <w:rPr>
          <w:b/>
          <w:color w:val="5B5B5B"/>
          <w:sz w:val="18"/>
        </w:rPr>
        <w:t>00:26:46 - 00:27:14</w:t>
      </w:r>
    </w:p>
    <w:p w14:paraId="0116BD34" w14:textId="77777777" w:rsidR="00940308" w:rsidRDefault="00000000">
      <w:pPr>
        <w:spacing w:before="40" w:after="40"/>
      </w:pPr>
      <w:r>
        <w:rPr>
          <w:b/>
          <w:color w:val="203764"/>
          <w:sz w:val="22"/>
        </w:rPr>
        <w:t>Novie Craven</w:t>
      </w:r>
    </w:p>
    <w:p w14:paraId="60651768" w14:textId="77777777" w:rsidR="00940308" w:rsidRDefault="00000000">
      <w:pPr>
        <w:spacing w:after="120" w:line="259" w:lineRule="auto"/>
      </w:pPr>
      <w:r>
        <w:t>Molly is working to open doors from inside, and Victoria walked through those doors and is now holding them open for others. That is so powerful because it shows that college is not off-limits for people with intellectual disabilities.</w:t>
      </w:r>
    </w:p>
    <w:p w14:paraId="213FCE5F" w14:textId="77777777" w:rsidR="00940308" w:rsidRDefault="00000000">
      <w:pPr>
        <w:spacing w:before="160" w:after="0"/>
      </w:pPr>
      <w:r>
        <w:rPr>
          <w:b/>
          <w:color w:val="5B5B5B"/>
          <w:sz w:val="18"/>
        </w:rPr>
        <w:t>00:27:14 - 00:27:34</w:t>
      </w:r>
    </w:p>
    <w:p w14:paraId="27DCCC6F" w14:textId="77777777" w:rsidR="00940308" w:rsidRDefault="00000000">
      <w:pPr>
        <w:spacing w:before="40" w:after="40"/>
      </w:pPr>
      <w:r>
        <w:rPr>
          <w:b/>
          <w:color w:val="203764"/>
          <w:sz w:val="22"/>
        </w:rPr>
        <w:t>Novie Craven</w:t>
      </w:r>
    </w:p>
    <w:p w14:paraId="5C9B8175" w14:textId="77777777" w:rsidR="00940308" w:rsidRDefault="00000000">
      <w:pPr>
        <w:spacing w:after="120" w:line="259" w:lineRule="auto"/>
      </w:pPr>
      <w:r>
        <w:lastRenderedPageBreak/>
        <w:t>We have the power together to make it a more inclusive experience. If you enjoyed today's conversation, be sure to subscribe to Inclusion Revolution Radio and follow us on Instagram, Facebook and LinkedIn at Special Olympics. We will see you next time for more incredible stories that celebrate community, empowerment and inclusion.</w:t>
      </w:r>
    </w:p>
    <w:sectPr w:rsidR="00940308" w:rsidSect="00034616">
      <w:footerReference w:type="even"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D61BA5" w14:textId="77777777" w:rsidR="00175A64" w:rsidRDefault="00175A64">
      <w:pPr>
        <w:spacing w:after="0" w:line="240" w:lineRule="auto"/>
      </w:pPr>
      <w:r>
        <w:separator/>
      </w:r>
    </w:p>
  </w:endnote>
  <w:endnote w:type="continuationSeparator" w:id="0">
    <w:p w14:paraId="1B408044" w14:textId="77777777" w:rsidR="00175A64" w:rsidRDefault="00175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0804493"/>
      <w:docPartObj>
        <w:docPartGallery w:val="Page Numbers (Bottom of Page)"/>
        <w:docPartUnique/>
      </w:docPartObj>
    </w:sdtPr>
    <w:sdtContent>
      <w:p w14:paraId="3F849999" w14:textId="320E60FA" w:rsidR="00DF4ECF" w:rsidRDefault="00DF4ECF" w:rsidP="006B36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7374CA8" w14:textId="77777777" w:rsidR="00DF4ECF" w:rsidRDefault="00DF4ECF" w:rsidP="00DF4E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5878282"/>
      <w:docPartObj>
        <w:docPartGallery w:val="Page Numbers (Bottom of Page)"/>
        <w:docPartUnique/>
      </w:docPartObj>
    </w:sdtPr>
    <w:sdtContent>
      <w:p w14:paraId="4659E199" w14:textId="1623C415" w:rsidR="00DF4ECF" w:rsidRDefault="00DF4ECF" w:rsidP="006B36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715782F6" w14:textId="45A69D07" w:rsidR="00940308" w:rsidRDefault="00940308" w:rsidP="00DF4EC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860757" w14:textId="77777777" w:rsidR="00175A64" w:rsidRDefault="00175A64">
      <w:pPr>
        <w:spacing w:after="0" w:line="240" w:lineRule="auto"/>
      </w:pPr>
      <w:r>
        <w:separator/>
      </w:r>
    </w:p>
  </w:footnote>
  <w:footnote w:type="continuationSeparator" w:id="0">
    <w:p w14:paraId="25D528AC" w14:textId="77777777" w:rsidR="00175A64" w:rsidRDefault="00175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0468267">
    <w:abstractNumId w:val="8"/>
  </w:num>
  <w:num w:numId="2" w16cid:durableId="1865437855">
    <w:abstractNumId w:val="6"/>
  </w:num>
  <w:num w:numId="3" w16cid:durableId="211502177">
    <w:abstractNumId w:val="5"/>
  </w:num>
  <w:num w:numId="4" w16cid:durableId="1087269521">
    <w:abstractNumId w:val="4"/>
  </w:num>
  <w:num w:numId="5" w16cid:durableId="1073239976">
    <w:abstractNumId w:val="7"/>
  </w:num>
  <w:num w:numId="6" w16cid:durableId="502205955">
    <w:abstractNumId w:val="3"/>
  </w:num>
  <w:num w:numId="7" w16cid:durableId="1421026195">
    <w:abstractNumId w:val="2"/>
  </w:num>
  <w:num w:numId="8" w16cid:durableId="2120177172">
    <w:abstractNumId w:val="1"/>
  </w:num>
  <w:num w:numId="9" w16cid:durableId="14574095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5A64"/>
    <w:rsid w:val="0029639D"/>
    <w:rsid w:val="00326F90"/>
    <w:rsid w:val="00940308"/>
    <w:rsid w:val="00AA1D8D"/>
    <w:rsid w:val="00B47730"/>
    <w:rsid w:val="00CB0664"/>
    <w:rsid w:val="00DF4ECF"/>
    <w:rsid w:val="00FC693F"/>
    <w:rsid w:val="00FE5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507A7"/>
  <w14:defaultImageDpi w14:val="300"/>
  <w15:docId w15:val="{618EE920-DBC4-AA48-99C6-CC9C52F7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DF4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4002</Words>
  <Characters>22813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 Higher Education Transcript - Edited</dc:title>
  <dc:subject>Edited podcast transcript</dc:subject>
  <dc:creator>Madeline Safrit</dc:creator>
  <cp:keywords/>
  <dc:description>Edited for grammar, formatting, and consistent spelling of Victoria Pepper.</dc:description>
  <cp:lastModifiedBy>Madeline Safrit</cp:lastModifiedBy>
  <cp:revision>2</cp:revision>
  <dcterms:created xsi:type="dcterms:W3CDTF">2026-07-28T13:05:00Z</dcterms:created>
  <dcterms:modified xsi:type="dcterms:W3CDTF">2026-07-28T13:07:00Z</dcterms:modified>
  <cp:category/>
</cp:coreProperties>
</file>